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15995" w14:textId="3F7E9794" w:rsidR="00F9583A" w:rsidRDefault="00F2300B" w:rsidP="007C7015">
      <w:r>
        <w:rPr>
          <w:noProof/>
        </w:rPr>
        <w:drawing>
          <wp:inline distT="0" distB="0" distL="0" distR="0" wp14:anchorId="40B5CC71" wp14:editId="53CECC40">
            <wp:extent cx="2395855" cy="1219200"/>
            <wp:effectExtent l="0" t="0" r="4445" b="0"/>
            <wp:docPr id="182254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5855" cy="1219200"/>
                    </a:xfrm>
                    <a:prstGeom prst="rect">
                      <a:avLst/>
                    </a:prstGeom>
                    <a:noFill/>
                  </pic:spPr>
                </pic:pic>
              </a:graphicData>
            </a:graphic>
          </wp:inline>
        </w:drawing>
      </w:r>
    </w:p>
    <w:p w14:paraId="03347C32" w14:textId="4ACE844E" w:rsidR="00F9583A" w:rsidRDefault="00F9583A"/>
    <w:tbl>
      <w:tblPr>
        <w:tblpPr w:leftFromText="180" w:rightFromText="180" w:vertAnchor="text" w:horzAnchor="margin" w:tblpY="159"/>
        <w:tblW w:w="5000" w:type="pct"/>
        <w:tblLook w:val="04A0" w:firstRow="1" w:lastRow="0" w:firstColumn="1" w:lastColumn="0" w:noHBand="0" w:noVBand="1"/>
      </w:tblPr>
      <w:tblGrid>
        <w:gridCol w:w="10368"/>
      </w:tblGrid>
      <w:tr w:rsidR="007C7015" w:rsidRPr="007C7015" w14:paraId="2A07811B" w14:textId="77777777" w:rsidTr="007C7015">
        <w:trPr>
          <w:trHeight w:val="1440"/>
        </w:trPr>
        <w:tc>
          <w:tcPr>
            <w:tcW w:w="5000" w:type="pct"/>
            <w:tcBorders>
              <w:bottom w:val="single" w:sz="4" w:space="0" w:color="4F81BD"/>
            </w:tcBorders>
            <w:vAlign w:val="center"/>
          </w:tcPr>
          <w:p w14:paraId="443E6DCF" w14:textId="72F974B1" w:rsidR="007C7015" w:rsidRPr="007C7015" w:rsidRDefault="00F2300B" w:rsidP="007C7015">
            <w:pPr>
              <w:pStyle w:val="NoSpacing"/>
              <w:jc w:val="center"/>
              <w:rPr>
                <w:rFonts w:asciiTheme="majorHAnsi" w:eastAsiaTheme="majorEastAsia" w:hAnsiTheme="majorHAnsi" w:cstheme="majorHAnsi"/>
                <w:color w:val="000000"/>
                <w:sz w:val="56"/>
                <w:szCs w:val="56"/>
              </w:rPr>
            </w:pPr>
            <w:r>
              <w:rPr>
                <w:rFonts w:asciiTheme="majorHAnsi" w:eastAsia="Arial" w:hAnsiTheme="majorHAnsi" w:cstheme="majorHAnsi"/>
                <w:b/>
                <w:sz w:val="56"/>
                <w:szCs w:val="56"/>
              </w:rPr>
              <w:t>HORIZONS</w:t>
            </w:r>
            <w:r w:rsidR="007C7015" w:rsidRPr="007C7015">
              <w:rPr>
                <w:rFonts w:asciiTheme="majorHAnsi" w:eastAsia="Arial" w:hAnsiTheme="majorHAnsi" w:cstheme="majorHAnsi"/>
                <w:b/>
                <w:sz w:val="56"/>
                <w:szCs w:val="56"/>
              </w:rPr>
              <w:t xml:space="preserve"> ACADEMY</w:t>
            </w:r>
          </w:p>
        </w:tc>
      </w:tr>
      <w:tr w:rsidR="007C7015" w:rsidRPr="007C7015" w14:paraId="781BE1DF" w14:textId="77777777" w:rsidTr="007C7015">
        <w:trPr>
          <w:trHeight w:val="720"/>
        </w:trPr>
        <w:tc>
          <w:tcPr>
            <w:tcW w:w="5000" w:type="pct"/>
            <w:tcBorders>
              <w:top w:val="single" w:sz="4" w:space="0" w:color="4F81BD"/>
            </w:tcBorders>
            <w:vAlign w:val="center"/>
          </w:tcPr>
          <w:p w14:paraId="7CF0B9A7" w14:textId="77777777" w:rsidR="007C7015" w:rsidRPr="007C7015" w:rsidRDefault="007C7015" w:rsidP="007C7015">
            <w:pPr>
              <w:pStyle w:val="Heading"/>
              <w:jc w:val="center"/>
              <w:rPr>
                <w:rFonts w:asciiTheme="majorHAnsi" w:hAnsiTheme="majorHAnsi" w:cstheme="majorHAnsi"/>
                <w:color w:val="auto"/>
              </w:rPr>
            </w:pPr>
            <w:r w:rsidRPr="007C7015">
              <w:rPr>
                <w:rFonts w:asciiTheme="majorHAnsi" w:hAnsiTheme="majorHAnsi" w:cstheme="majorHAnsi"/>
                <w:color w:val="auto"/>
              </w:rPr>
              <w:t>Supporting pupils with medical conditions policy</w:t>
            </w:r>
          </w:p>
          <w:p w14:paraId="3A0F3B7F" w14:textId="77777777" w:rsidR="007C7015" w:rsidRPr="007C7015" w:rsidRDefault="007C7015" w:rsidP="007C7015">
            <w:pPr>
              <w:pStyle w:val="NoSpacing"/>
              <w:jc w:val="center"/>
              <w:rPr>
                <w:rFonts w:asciiTheme="majorHAnsi" w:eastAsiaTheme="majorEastAsia" w:hAnsiTheme="majorHAnsi" w:cstheme="majorHAnsi"/>
                <w:color w:val="000000"/>
                <w:sz w:val="36"/>
                <w:szCs w:val="36"/>
              </w:rPr>
            </w:pPr>
          </w:p>
          <w:p w14:paraId="756A4C7A" w14:textId="77777777" w:rsidR="007C7015" w:rsidRPr="007C7015" w:rsidRDefault="007C7015" w:rsidP="007C7015">
            <w:pPr>
              <w:pStyle w:val="NoSpacing"/>
              <w:jc w:val="center"/>
              <w:rPr>
                <w:rFonts w:asciiTheme="majorHAnsi" w:eastAsiaTheme="majorEastAsia" w:hAnsiTheme="majorHAnsi" w:cstheme="majorHAnsi"/>
                <w:color w:val="000000"/>
                <w:sz w:val="36"/>
                <w:szCs w:val="36"/>
              </w:rPr>
            </w:pPr>
          </w:p>
          <w:p w14:paraId="0A04E041" w14:textId="77777777" w:rsidR="007C7015" w:rsidRPr="007C7015" w:rsidRDefault="007C7015" w:rsidP="007C7015">
            <w:pPr>
              <w:pStyle w:val="NoSpacing"/>
              <w:jc w:val="center"/>
              <w:rPr>
                <w:rFonts w:asciiTheme="majorHAnsi" w:eastAsiaTheme="majorEastAsia" w:hAnsiTheme="majorHAnsi" w:cstheme="majorHAnsi"/>
                <w:color w:val="000000"/>
                <w:sz w:val="36"/>
                <w:szCs w:val="36"/>
              </w:rPr>
            </w:pPr>
          </w:p>
        </w:tc>
      </w:tr>
    </w:tbl>
    <w:p w14:paraId="6FB68A50" w14:textId="48E50112" w:rsidR="007C7015" w:rsidRDefault="007C7015"/>
    <w:p w14:paraId="5C726151" w14:textId="2B0C5A1C" w:rsidR="007C7015" w:rsidRDefault="007C7015"/>
    <w:p w14:paraId="13E9BD6A" w14:textId="09144BCD" w:rsidR="007C7015" w:rsidRDefault="007C7015"/>
    <w:p w14:paraId="6AACA51A" w14:textId="7C46C809" w:rsidR="007C7015" w:rsidRDefault="007C7015"/>
    <w:p w14:paraId="4274E932" w14:textId="1A22FA9C" w:rsidR="007C7015" w:rsidRDefault="007C7015"/>
    <w:p w14:paraId="4AF4E52C" w14:textId="77777777" w:rsidR="007C7015" w:rsidRDefault="007C7015"/>
    <w:tbl>
      <w:tblPr>
        <w:tblStyle w:val="TableGrid"/>
        <w:tblW w:w="0" w:type="auto"/>
        <w:jc w:val="center"/>
        <w:tblLook w:val="04A0" w:firstRow="1" w:lastRow="0" w:firstColumn="1" w:lastColumn="0" w:noHBand="0" w:noVBand="1"/>
      </w:tblPr>
      <w:tblGrid>
        <w:gridCol w:w="3600"/>
        <w:gridCol w:w="6048"/>
      </w:tblGrid>
      <w:tr w:rsidR="00F9583A" w14:paraId="1DA7F2A7" w14:textId="77777777" w:rsidTr="007C7015">
        <w:trPr>
          <w:jc w:val="center"/>
        </w:trPr>
        <w:tc>
          <w:tcPr>
            <w:tcW w:w="3600" w:type="dxa"/>
            <w:tcMar>
              <w:top w:w="90" w:type="dxa"/>
              <w:left w:w="100" w:type="dxa"/>
              <w:bottom w:w="90" w:type="dxa"/>
              <w:right w:w="100" w:type="dxa"/>
            </w:tcMar>
            <w:vAlign w:val="center"/>
          </w:tcPr>
          <w:p w14:paraId="0F8D2B23" w14:textId="77777777" w:rsidR="00F9583A" w:rsidRDefault="001D3E8F">
            <w:r>
              <w:rPr>
                <w:b/>
              </w:rPr>
              <w:t>Responsible post holder</w:t>
            </w:r>
          </w:p>
        </w:tc>
        <w:tc>
          <w:tcPr>
            <w:tcW w:w="6048" w:type="dxa"/>
            <w:tcMar>
              <w:top w:w="90" w:type="dxa"/>
              <w:left w:w="100" w:type="dxa"/>
              <w:bottom w:w="90" w:type="dxa"/>
              <w:right w:w="100" w:type="dxa"/>
            </w:tcMar>
            <w:vAlign w:val="center"/>
          </w:tcPr>
          <w:p w14:paraId="35BC8E32" w14:textId="77777777" w:rsidR="00F9583A" w:rsidRDefault="001D3E8F">
            <w:r>
              <w:t>Headteacher</w:t>
            </w:r>
          </w:p>
        </w:tc>
      </w:tr>
      <w:tr w:rsidR="00F9583A" w14:paraId="1FB41632" w14:textId="77777777" w:rsidTr="007C7015">
        <w:trPr>
          <w:jc w:val="center"/>
        </w:trPr>
        <w:tc>
          <w:tcPr>
            <w:tcW w:w="3600" w:type="dxa"/>
            <w:tcMar>
              <w:top w:w="90" w:type="dxa"/>
              <w:left w:w="100" w:type="dxa"/>
              <w:bottom w:w="90" w:type="dxa"/>
              <w:right w:w="100" w:type="dxa"/>
            </w:tcMar>
            <w:vAlign w:val="center"/>
          </w:tcPr>
          <w:p w14:paraId="4F14A604" w14:textId="77777777" w:rsidR="00F9583A" w:rsidRDefault="001D3E8F">
            <w:r>
              <w:rPr>
                <w:b/>
              </w:rPr>
              <w:t>Approved by</w:t>
            </w:r>
          </w:p>
        </w:tc>
        <w:tc>
          <w:tcPr>
            <w:tcW w:w="6048" w:type="dxa"/>
            <w:tcMar>
              <w:top w:w="90" w:type="dxa"/>
              <w:left w:w="100" w:type="dxa"/>
              <w:bottom w:w="90" w:type="dxa"/>
              <w:right w:w="100" w:type="dxa"/>
            </w:tcMar>
            <w:vAlign w:val="center"/>
          </w:tcPr>
          <w:p w14:paraId="6631CDE1" w14:textId="77777777" w:rsidR="00F9583A" w:rsidRDefault="001D3E8F">
            <w:r>
              <w:t>Academy Council</w:t>
            </w:r>
          </w:p>
        </w:tc>
      </w:tr>
      <w:tr w:rsidR="00F9583A" w14:paraId="44259FEB" w14:textId="77777777" w:rsidTr="007C7015">
        <w:trPr>
          <w:jc w:val="center"/>
        </w:trPr>
        <w:tc>
          <w:tcPr>
            <w:tcW w:w="3600" w:type="dxa"/>
            <w:tcMar>
              <w:top w:w="90" w:type="dxa"/>
              <w:left w:w="100" w:type="dxa"/>
              <w:bottom w:w="90" w:type="dxa"/>
              <w:right w:w="100" w:type="dxa"/>
            </w:tcMar>
            <w:vAlign w:val="center"/>
          </w:tcPr>
          <w:p w14:paraId="5AC42D64" w14:textId="77777777" w:rsidR="00F9583A" w:rsidRDefault="001D3E8F">
            <w:r>
              <w:rPr>
                <w:b/>
              </w:rPr>
              <w:t>Reviewed</w:t>
            </w:r>
          </w:p>
        </w:tc>
        <w:tc>
          <w:tcPr>
            <w:tcW w:w="6048" w:type="dxa"/>
            <w:tcMar>
              <w:top w:w="90" w:type="dxa"/>
              <w:left w:w="100" w:type="dxa"/>
              <w:bottom w:w="90" w:type="dxa"/>
              <w:right w:w="100" w:type="dxa"/>
            </w:tcMar>
            <w:vAlign w:val="center"/>
          </w:tcPr>
          <w:p w14:paraId="330E3C21" w14:textId="77777777" w:rsidR="00F9583A" w:rsidRDefault="001D3E8F">
            <w:r>
              <w:t>September 2026</w:t>
            </w:r>
          </w:p>
        </w:tc>
      </w:tr>
      <w:tr w:rsidR="00F9583A" w14:paraId="0174A8B8" w14:textId="77777777" w:rsidTr="007C7015">
        <w:trPr>
          <w:jc w:val="center"/>
        </w:trPr>
        <w:tc>
          <w:tcPr>
            <w:tcW w:w="3600" w:type="dxa"/>
            <w:tcMar>
              <w:top w:w="90" w:type="dxa"/>
              <w:left w:w="100" w:type="dxa"/>
              <w:bottom w:w="90" w:type="dxa"/>
              <w:right w:w="100" w:type="dxa"/>
            </w:tcMar>
            <w:vAlign w:val="center"/>
          </w:tcPr>
          <w:p w14:paraId="7274E3B8" w14:textId="77777777" w:rsidR="00F9583A" w:rsidRDefault="001D3E8F">
            <w:r>
              <w:rPr>
                <w:b/>
              </w:rPr>
              <w:t>Next review</w:t>
            </w:r>
          </w:p>
        </w:tc>
        <w:tc>
          <w:tcPr>
            <w:tcW w:w="6048" w:type="dxa"/>
            <w:tcMar>
              <w:top w:w="90" w:type="dxa"/>
              <w:left w:w="100" w:type="dxa"/>
              <w:bottom w:w="90" w:type="dxa"/>
              <w:right w:w="100" w:type="dxa"/>
            </w:tcMar>
            <w:vAlign w:val="center"/>
          </w:tcPr>
          <w:p w14:paraId="0950F286" w14:textId="77777777" w:rsidR="00F9583A" w:rsidRDefault="001D3E8F">
            <w:r>
              <w:t>September 2027</w:t>
            </w:r>
          </w:p>
        </w:tc>
      </w:tr>
      <w:tr w:rsidR="00F9583A" w14:paraId="200C8873" w14:textId="77777777" w:rsidTr="007C7015">
        <w:trPr>
          <w:jc w:val="center"/>
        </w:trPr>
        <w:tc>
          <w:tcPr>
            <w:tcW w:w="3600" w:type="dxa"/>
            <w:tcMar>
              <w:top w:w="90" w:type="dxa"/>
              <w:left w:w="100" w:type="dxa"/>
              <w:bottom w:w="90" w:type="dxa"/>
              <w:right w:w="100" w:type="dxa"/>
            </w:tcMar>
            <w:vAlign w:val="center"/>
          </w:tcPr>
          <w:p w14:paraId="73794A7F" w14:textId="77777777" w:rsidR="00F9583A" w:rsidRDefault="001D3E8F">
            <w:r>
              <w:rPr>
                <w:b/>
              </w:rPr>
              <w:t>Published</w:t>
            </w:r>
          </w:p>
        </w:tc>
        <w:tc>
          <w:tcPr>
            <w:tcW w:w="6048" w:type="dxa"/>
            <w:tcMar>
              <w:top w:w="90" w:type="dxa"/>
              <w:left w:w="100" w:type="dxa"/>
              <w:bottom w:w="90" w:type="dxa"/>
              <w:right w:w="100" w:type="dxa"/>
            </w:tcMar>
            <w:vAlign w:val="center"/>
          </w:tcPr>
          <w:p w14:paraId="0F2BD810" w14:textId="77777777" w:rsidR="00F9583A" w:rsidRDefault="001D3E8F">
            <w:r>
              <w:t>Academy website</w:t>
            </w:r>
          </w:p>
        </w:tc>
      </w:tr>
    </w:tbl>
    <w:p w14:paraId="1BDB64D1" w14:textId="7F08812A" w:rsidR="00F9583A" w:rsidRDefault="001D3E8F">
      <w:pPr>
        <w:spacing w:after="0" w:line="252" w:lineRule="auto"/>
        <w:jc w:val="center"/>
      </w:pPr>
      <w:r>
        <w:rPr>
          <w:i/>
        </w:rPr>
        <w:t xml:space="preserve">This policy applies to all </w:t>
      </w:r>
      <w:r w:rsidR="00642D81">
        <w:rPr>
          <w:i/>
        </w:rPr>
        <w:t>Horizons</w:t>
      </w:r>
      <w:r>
        <w:rPr>
          <w:i/>
        </w:rPr>
        <w:t xml:space="preserve"> Academy sites and to education provided off site as part of the academy’s arrangements.</w:t>
      </w:r>
    </w:p>
    <w:p w14:paraId="4AB772E0" w14:textId="77777777" w:rsidR="00F9583A" w:rsidRDefault="001D3E8F">
      <w:r>
        <w:br w:type="page"/>
      </w:r>
    </w:p>
    <w:p w14:paraId="7ABEEA1E" w14:textId="77777777" w:rsidR="00F9583A" w:rsidRDefault="001D3E8F">
      <w:pPr>
        <w:pStyle w:val="Heading1"/>
      </w:pPr>
      <w:r>
        <w:lastRenderedPageBreak/>
        <w:t>1. Purpose and principles</w:t>
      </w:r>
    </w:p>
    <w:p w14:paraId="09286C93" w14:textId="66FEA974" w:rsidR="00F9583A" w:rsidRDefault="00F2300B">
      <w:pPr>
        <w:spacing w:after="100" w:line="252" w:lineRule="auto"/>
      </w:pPr>
      <w:r>
        <w:t>Horizons</w:t>
      </w:r>
      <w:r w:rsidR="001D3E8F">
        <w:t xml:space="preserve"> Academy is committed to ensuring that pupils with medical conditions receive the support they need to access education, participate fully in academy life and achieve well. Arrangements will focus on the individual pupil, promote dignity and independence, and avoid unnecessary barriers to attendance, learning, trips, enrichment and social participation.</w:t>
      </w:r>
    </w:p>
    <w:p w14:paraId="6ED9F7A0" w14:textId="77777777" w:rsidR="00F9583A" w:rsidRDefault="001D3E8F">
      <w:pPr>
        <w:spacing w:after="100" w:line="252" w:lineRule="auto"/>
      </w:pPr>
      <w:r>
        <w:t>No pupil will be denied admission or prevented from attending solely because arrangements for a medical condition have not yet been completed. Where there is an immediate health or safeguarding risk, the academy will make a proportionate, time-limited decision based on available clinical advice and will work promptly with the family and relevant professionals to put safe arrangements in place.</w:t>
      </w:r>
    </w:p>
    <w:p w14:paraId="3AFDA61E" w14:textId="77777777" w:rsidR="00F9583A" w:rsidRDefault="001D3E8F">
      <w:pPr>
        <w:pStyle w:val="Heading1"/>
      </w:pPr>
      <w:r>
        <w:t>2. Legal framework and related guidance</w:t>
      </w:r>
    </w:p>
    <w:p w14:paraId="2FDAA371" w14:textId="77777777" w:rsidR="00F9583A" w:rsidRDefault="001D3E8F">
      <w:pPr>
        <w:spacing w:after="100" w:line="252" w:lineRule="auto"/>
      </w:pPr>
      <w:r>
        <w:t>This policy has regard to the following legislation and guidance:</w:t>
      </w:r>
    </w:p>
    <w:p w14:paraId="71BCF805" w14:textId="77777777" w:rsidR="00F9583A" w:rsidRDefault="001D3E8F">
      <w:pPr>
        <w:pStyle w:val="ListBullet"/>
        <w:spacing w:after="60"/>
        <w:ind w:hanging="216"/>
      </w:pPr>
      <w:r>
        <w:t>Children and Families Act 2014, section 100</w:t>
      </w:r>
    </w:p>
    <w:p w14:paraId="7983CD13" w14:textId="77777777" w:rsidR="00F9583A" w:rsidRDefault="001D3E8F">
      <w:pPr>
        <w:pStyle w:val="ListBullet"/>
        <w:spacing w:after="60"/>
        <w:ind w:hanging="216"/>
      </w:pPr>
      <w:r>
        <w:t>Equality Act 2010</w:t>
      </w:r>
    </w:p>
    <w:p w14:paraId="505F5C72" w14:textId="77777777" w:rsidR="00F9583A" w:rsidRDefault="001D3E8F">
      <w:pPr>
        <w:pStyle w:val="ListBullet"/>
        <w:spacing w:after="60"/>
        <w:ind w:hanging="216"/>
      </w:pPr>
      <w:r>
        <w:t>Children Act 1989 and Children Act 2004</w:t>
      </w:r>
    </w:p>
    <w:p w14:paraId="756A55B5" w14:textId="77777777" w:rsidR="00F9583A" w:rsidRDefault="001D3E8F">
      <w:pPr>
        <w:pStyle w:val="ListBullet"/>
        <w:spacing w:after="60"/>
        <w:ind w:hanging="216"/>
      </w:pPr>
      <w:r>
        <w:t>Education Act 1996, including local authority duties for pupils unable to attend school because of health needs</w:t>
      </w:r>
    </w:p>
    <w:p w14:paraId="0B66E7DC" w14:textId="77777777" w:rsidR="00F9583A" w:rsidRDefault="001D3E8F">
      <w:pPr>
        <w:pStyle w:val="ListBullet"/>
        <w:spacing w:after="60"/>
        <w:ind w:hanging="216"/>
      </w:pPr>
      <w:r>
        <w:t>Special educational needs and disability code of practice: 0 to 25 years</w:t>
      </w:r>
    </w:p>
    <w:p w14:paraId="05D99401" w14:textId="77777777" w:rsidR="00F9583A" w:rsidRDefault="001D3E8F">
      <w:pPr>
        <w:pStyle w:val="ListBullet"/>
        <w:spacing w:after="60"/>
        <w:ind w:hanging="216"/>
      </w:pPr>
      <w:r>
        <w:t>DfE statutory guidance, Supporting pupils at school with medical conditions, December 2015</w:t>
      </w:r>
    </w:p>
    <w:p w14:paraId="070F9CDE" w14:textId="77777777" w:rsidR="00F9583A" w:rsidRDefault="001D3E8F">
      <w:pPr>
        <w:pStyle w:val="ListBullet"/>
        <w:spacing w:after="60"/>
        <w:ind w:hanging="216"/>
      </w:pPr>
      <w:r>
        <w:t>DfE guidance on mental health and behaviour in schools</w:t>
      </w:r>
    </w:p>
    <w:p w14:paraId="7D01B475" w14:textId="77777777" w:rsidR="00F9583A" w:rsidRDefault="001D3E8F">
      <w:pPr>
        <w:pStyle w:val="ListBullet"/>
        <w:spacing w:after="60"/>
        <w:ind w:hanging="216"/>
      </w:pPr>
      <w:r>
        <w:t>DfE guidance on school attendance, safeguarding and education for children with health needs who cannot attend school</w:t>
      </w:r>
    </w:p>
    <w:p w14:paraId="4574D51B" w14:textId="77777777" w:rsidR="00F9583A" w:rsidRDefault="001D3E8F">
      <w:pPr>
        <w:pStyle w:val="ListBullet"/>
        <w:spacing w:after="60"/>
        <w:ind w:hanging="216"/>
      </w:pPr>
      <w:r>
        <w:t>Department of Health guidance on emergency inhalers and emergency adrenaline auto-injectors in schools.</w:t>
      </w:r>
    </w:p>
    <w:p w14:paraId="2E20362A" w14:textId="77777777" w:rsidR="00F9583A" w:rsidRDefault="001D3E8F">
      <w:pPr>
        <w:spacing w:after="100" w:line="252" w:lineRule="auto"/>
      </w:pPr>
      <w:r>
        <w:rPr>
          <w:i/>
        </w:rPr>
        <w:t>The Department for Education published draft revised guidance on medical conditions and allergy in March 2026. Until final guidance is issued, the December 2015 statutory guidance remains the principal statutory guidance. The strengthened approaches to allergy safety, incident learning and assurance in the draft guidance have informed this policy where they support safe practice.</w:t>
      </w:r>
    </w:p>
    <w:p w14:paraId="24CABC6E" w14:textId="77777777" w:rsidR="00F9583A" w:rsidRDefault="001D3E8F">
      <w:pPr>
        <w:pStyle w:val="Heading1"/>
      </w:pPr>
      <w:r>
        <w:t>3. Related academy and Trust policies</w:t>
      </w:r>
    </w:p>
    <w:p w14:paraId="10AB9344" w14:textId="77777777" w:rsidR="00F9583A" w:rsidRDefault="001D3E8F">
      <w:pPr>
        <w:pStyle w:val="ListBullet"/>
        <w:spacing w:after="60"/>
        <w:ind w:hanging="216"/>
      </w:pPr>
      <w:r>
        <w:t>Safeguarding and Child Protection Policy</w:t>
      </w:r>
    </w:p>
    <w:p w14:paraId="213D603C" w14:textId="77777777" w:rsidR="00F9583A" w:rsidRDefault="001D3E8F">
      <w:pPr>
        <w:pStyle w:val="ListBullet"/>
        <w:spacing w:after="60"/>
        <w:ind w:hanging="216"/>
      </w:pPr>
      <w:r>
        <w:t>SEND Policy and SEND Information Report</w:t>
      </w:r>
    </w:p>
    <w:p w14:paraId="4AA1B10B" w14:textId="77777777" w:rsidR="00F9583A" w:rsidRDefault="001D3E8F">
      <w:pPr>
        <w:pStyle w:val="ListBullet"/>
        <w:spacing w:after="60"/>
        <w:ind w:hanging="216"/>
      </w:pPr>
      <w:r>
        <w:t>Attendance Policy</w:t>
      </w:r>
    </w:p>
    <w:p w14:paraId="3811C545" w14:textId="77777777" w:rsidR="00F9583A" w:rsidRDefault="001D3E8F">
      <w:pPr>
        <w:pStyle w:val="ListBullet"/>
        <w:spacing w:after="60"/>
        <w:ind w:hanging="216"/>
      </w:pPr>
      <w:r>
        <w:t>Accessibility Plan</w:t>
      </w:r>
    </w:p>
    <w:p w14:paraId="1CC9AC7A" w14:textId="77777777" w:rsidR="00F9583A" w:rsidRDefault="001D3E8F">
      <w:pPr>
        <w:pStyle w:val="ListBullet"/>
        <w:spacing w:after="60"/>
        <w:ind w:hanging="216"/>
      </w:pPr>
      <w:r>
        <w:t>Complaints Policy</w:t>
      </w:r>
    </w:p>
    <w:p w14:paraId="7FEA97F0" w14:textId="77777777" w:rsidR="00F9583A" w:rsidRDefault="001D3E8F">
      <w:pPr>
        <w:pStyle w:val="ListBullet"/>
        <w:spacing w:after="60"/>
        <w:ind w:hanging="216"/>
      </w:pPr>
      <w:r>
        <w:t>Data Protection Policy</w:t>
      </w:r>
    </w:p>
    <w:p w14:paraId="65D3C74C" w14:textId="77777777" w:rsidR="00F9583A" w:rsidRDefault="001D3E8F">
      <w:pPr>
        <w:pStyle w:val="ListBullet"/>
        <w:spacing w:after="60"/>
        <w:ind w:hanging="216"/>
      </w:pPr>
      <w:r>
        <w:t>Health and Safety Policy</w:t>
      </w:r>
    </w:p>
    <w:p w14:paraId="0891AB38" w14:textId="77777777" w:rsidR="00F9583A" w:rsidRDefault="001D3E8F">
      <w:pPr>
        <w:pStyle w:val="ListBullet"/>
        <w:spacing w:after="60"/>
        <w:ind w:hanging="216"/>
      </w:pPr>
      <w:r>
        <w:t>Off-site Activities and Visits Policy and Procedures</w:t>
      </w:r>
    </w:p>
    <w:p w14:paraId="57623971" w14:textId="77777777" w:rsidR="00F9583A" w:rsidRDefault="001D3E8F">
      <w:pPr>
        <w:pStyle w:val="ListBullet"/>
        <w:spacing w:after="60"/>
        <w:ind w:hanging="216"/>
      </w:pPr>
      <w:r>
        <w:t>First Aid arrangements</w:t>
      </w:r>
    </w:p>
    <w:p w14:paraId="6E42836F" w14:textId="77777777" w:rsidR="00F9583A" w:rsidRDefault="001D3E8F">
      <w:pPr>
        <w:pStyle w:val="ListBullet"/>
        <w:spacing w:after="60"/>
        <w:ind w:hanging="216"/>
      </w:pPr>
      <w:r>
        <w:t>Food Allergy and Allergen Management arrangements</w:t>
      </w:r>
    </w:p>
    <w:p w14:paraId="08B91BEF" w14:textId="77777777" w:rsidR="00F9583A" w:rsidRDefault="001D3E8F">
      <w:pPr>
        <w:pStyle w:val="ListBullet"/>
        <w:spacing w:after="60"/>
        <w:ind w:hanging="216"/>
      </w:pPr>
      <w:r>
        <w:t>Supporting pupils who cannot attend school because of health needs.</w:t>
      </w:r>
    </w:p>
    <w:p w14:paraId="407154CC" w14:textId="77777777" w:rsidR="00F9583A" w:rsidRDefault="001D3E8F">
      <w:pPr>
        <w:pStyle w:val="Heading1"/>
      </w:pPr>
      <w:r>
        <w:t>4. Definitions</w:t>
      </w:r>
    </w:p>
    <w:p w14:paraId="56CF000F" w14:textId="77777777" w:rsidR="00F9583A" w:rsidRDefault="001D3E8F">
      <w:pPr>
        <w:spacing w:after="100" w:line="252" w:lineRule="auto"/>
      </w:pPr>
      <w:r>
        <w:t>A medical condition may be short term, recurring, fluctuating, long term or life threatening. It may affect physical health, mental health, attendance, communication, behaviour, concentration, stamina, mobility, continence, eating, drinking or access to learning. Some pupils have more than one condition.</w:t>
      </w:r>
    </w:p>
    <w:p w14:paraId="5E421325" w14:textId="77777777" w:rsidR="00F9583A" w:rsidRDefault="001D3E8F">
      <w:pPr>
        <w:spacing w:after="100" w:line="252" w:lineRule="auto"/>
      </w:pPr>
      <w:r>
        <w:lastRenderedPageBreak/>
        <w:t>A medical condition may amount to a disability under the Equality Act 2010. Where this is the case, the academy will make reasonable adjustments and will ensure that this policy aligns with the pupil’s EHC plan, accessibility arrangements and any individual healthcare plan.</w:t>
      </w:r>
    </w:p>
    <w:p w14:paraId="27E54829" w14:textId="77777777" w:rsidR="00F9583A" w:rsidRDefault="001D3E8F">
      <w:pPr>
        <w:pStyle w:val="Heading1"/>
      </w:pPr>
      <w:r>
        <w:t>5. Governance and accountability</w:t>
      </w:r>
    </w:p>
    <w:p w14:paraId="220E1EF1" w14:textId="7A9C4902" w:rsidR="00F9583A" w:rsidRDefault="001D3E8F">
      <w:pPr>
        <w:spacing w:after="100" w:line="252" w:lineRule="auto"/>
      </w:pPr>
      <w:r>
        <w:t xml:space="preserve">The Trust Board retains legal responsibility for ensuring that arrangements are in place to support pupils with medical conditions. The Academy Council provides local oversight and assurance. The Headteacher is responsible for effective implementation at </w:t>
      </w:r>
      <w:r w:rsidR="00642D81">
        <w:t>Horizons</w:t>
      </w:r>
      <w:r>
        <w:t xml:space="preserve"> Academy.</w:t>
      </w:r>
    </w:p>
    <w:p w14:paraId="12C5D96C" w14:textId="77777777" w:rsidR="00F9583A" w:rsidRDefault="001D3E8F">
      <w:pPr>
        <w:pStyle w:val="ListBullet"/>
        <w:spacing w:after="60"/>
        <w:ind w:hanging="216"/>
      </w:pPr>
      <w:r>
        <w:t>Arrangements are reviewed at least annually and following a serious incident, significant near miss or relevant change in guidance.</w:t>
      </w:r>
    </w:p>
    <w:p w14:paraId="4B32BDDB" w14:textId="77777777" w:rsidR="00F9583A" w:rsidRDefault="001D3E8F">
      <w:pPr>
        <w:pStyle w:val="ListBullet"/>
        <w:spacing w:after="60"/>
        <w:ind w:hanging="216"/>
      </w:pPr>
      <w:r>
        <w:t>The Headteacher will identify a senior leader to coordinate medical conditions and allergy safety across the academy.</w:t>
      </w:r>
    </w:p>
    <w:p w14:paraId="74AA482E" w14:textId="77777777" w:rsidR="00F9583A" w:rsidRDefault="001D3E8F">
      <w:pPr>
        <w:pStyle w:val="ListBullet"/>
        <w:spacing w:after="60"/>
        <w:ind w:hanging="216"/>
      </w:pPr>
      <w:r>
        <w:t>Each site will maintain a current list of trained first aiders and staff authorised and trained to administer medicines or carry out specific procedures.</w:t>
      </w:r>
    </w:p>
    <w:p w14:paraId="43A013CF" w14:textId="77777777" w:rsidR="00F9583A" w:rsidRDefault="001D3E8F">
      <w:pPr>
        <w:pStyle w:val="ListBullet"/>
        <w:spacing w:after="60"/>
        <w:ind w:hanging="216"/>
      </w:pPr>
      <w:r>
        <w:t>The Academy Council will receive assurance about policy implementation, training, individual plans, incidents, near misses and required actions, without receiving unnecessary personal information.</w:t>
      </w:r>
    </w:p>
    <w:p w14:paraId="6F24B2DB" w14:textId="77777777" w:rsidR="00F9583A" w:rsidRDefault="001D3E8F">
      <w:pPr>
        <w:pStyle w:val="ListBullet"/>
        <w:spacing w:after="60"/>
        <w:ind w:hanging="216"/>
      </w:pPr>
      <w:r>
        <w:t>Risks relating to medical conditions and allergy will be included within normal academy risk management and governance processes.</w:t>
      </w:r>
    </w:p>
    <w:p w14:paraId="6DEE6069" w14:textId="77777777" w:rsidR="00F9583A" w:rsidRDefault="001D3E8F">
      <w:pPr>
        <w:pStyle w:val="Heading1"/>
      </w:pPr>
      <w:r>
        <w:t>6. Roles and responsibilities</w:t>
      </w:r>
    </w:p>
    <w:p w14:paraId="6CF588DD" w14:textId="77777777" w:rsidR="00F9583A" w:rsidRDefault="001D3E8F">
      <w:pPr>
        <w:pStyle w:val="Heading2"/>
      </w:pPr>
      <w:r>
        <w:t>6.1 Headteacher</w:t>
      </w:r>
    </w:p>
    <w:p w14:paraId="229075B5" w14:textId="77777777" w:rsidR="00F9583A" w:rsidRDefault="001D3E8F">
      <w:pPr>
        <w:pStyle w:val="ListBullet"/>
        <w:spacing w:after="60"/>
        <w:ind w:hanging="216"/>
      </w:pPr>
      <w:r>
        <w:t>Ensure this policy is implemented consistently across all sites and off-site provision.</w:t>
      </w:r>
    </w:p>
    <w:p w14:paraId="1B005821" w14:textId="77777777" w:rsidR="00F9583A" w:rsidRDefault="001D3E8F">
      <w:pPr>
        <w:pStyle w:val="ListBullet"/>
        <w:spacing w:after="60"/>
        <w:ind w:hanging="216"/>
      </w:pPr>
      <w:r>
        <w:t>Ensure sufficient trained staff and cover arrangements are available at all relevant times.</w:t>
      </w:r>
    </w:p>
    <w:p w14:paraId="7741A661" w14:textId="77777777" w:rsidR="00F9583A" w:rsidRDefault="001D3E8F">
      <w:pPr>
        <w:pStyle w:val="ListBullet"/>
        <w:spacing w:after="60"/>
        <w:ind w:hanging="216"/>
      </w:pPr>
      <w:r>
        <w:t>Make the final decision where agreement cannot be reached about whether an individual healthcare plan is required.</w:t>
      </w:r>
    </w:p>
    <w:p w14:paraId="2C98C084" w14:textId="77777777" w:rsidR="00F9583A" w:rsidRDefault="001D3E8F">
      <w:pPr>
        <w:pStyle w:val="ListBullet"/>
        <w:spacing w:after="60"/>
        <w:ind w:hanging="216"/>
      </w:pPr>
      <w:r>
        <w:t>Ensure that admissions, attendance and behaviour decisions do not discriminate against pupils because of a medical condition or disability.</w:t>
      </w:r>
    </w:p>
    <w:p w14:paraId="7B1E435E" w14:textId="4073E665" w:rsidR="00F9583A" w:rsidRDefault="001D3E8F">
      <w:pPr>
        <w:pStyle w:val="Heading2"/>
      </w:pPr>
      <w:r>
        <w:t xml:space="preserve">6.2 </w:t>
      </w:r>
      <w:r w:rsidR="00F2300B">
        <w:t>Office manager for student services and operations</w:t>
      </w:r>
    </w:p>
    <w:p w14:paraId="530B6EEC" w14:textId="77777777" w:rsidR="00F9583A" w:rsidRDefault="001D3E8F">
      <w:pPr>
        <w:pStyle w:val="ListBullet"/>
        <w:spacing w:after="60"/>
        <w:ind w:hanging="216"/>
      </w:pPr>
      <w:r>
        <w:t>Coordinate local arrangements, including emergency access, medicine storage, staff awareness and cover.</w:t>
      </w:r>
    </w:p>
    <w:p w14:paraId="78AB44A6" w14:textId="77777777" w:rsidR="00F9583A" w:rsidRDefault="001D3E8F">
      <w:pPr>
        <w:pStyle w:val="ListBullet"/>
        <w:spacing w:after="60"/>
        <w:ind w:hanging="216"/>
      </w:pPr>
      <w:r>
        <w:t>Ensure supply, agency, visiting and relevant off-site staff receive the information needed to keep a pupil safe.</w:t>
      </w:r>
    </w:p>
    <w:p w14:paraId="5D758A3E" w14:textId="1583D8C0" w:rsidR="00F9583A" w:rsidRDefault="00642D81">
      <w:pPr>
        <w:pStyle w:val="ListBullet"/>
        <w:spacing w:after="60"/>
        <w:ind w:hanging="216"/>
      </w:pPr>
      <w:r>
        <w:t>Work with EVCs to e</w:t>
      </w:r>
      <w:r w:rsidR="001D3E8F">
        <w:t>nsure medical needs are considered in risk assessments for trips, work experience, physical activity and other off-site activity.</w:t>
      </w:r>
    </w:p>
    <w:p w14:paraId="1423071F" w14:textId="77777777" w:rsidR="00642D81" w:rsidRDefault="001D3E8F" w:rsidP="00642D81">
      <w:pPr>
        <w:pStyle w:val="ListBullet"/>
        <w:spacing w:after="60"/>
        <w:ind w:hanging="216"/>
      </w:pPr>
      <w:r>
        <w:t>Monitor implementation and escalate concerns, incidents or gaps in provision to the Headteacher.</w:t>
      </w:r>
      <w:r w:rsidR="00642D81" w:rsidRPr="00642D81">
        <w:t xml:space="preserve"> </w:t>
      </w:r>
    </w:p>
    <w:p w14:paraId="77AF6DC7" w14:textId="614AF843" w:rsidR="00642D81" w:rsidRDefault="00642D81" w:rsidP="00642D81">
      <w:pPr>
        <w:pStyle w:val="ListBullet"/>
        <w:spacing w:after="60"/>
        <w:ind w:hanging="216"/>
      </w:pPr>
      <w:r>
        <w:t>Coordinate the development and review of individual healthcare plans in partnership with the pupil, parents or carers and relevant healthcare professionals.</w:t>
      </w:r>
    </w:p>
    <w:p w14:paraId="143EA8E9" w14:textId="77777777" w:rsidR="00642D81" w:rsidRDefault="00642D81" w:rsidP="00642D81">
      <w:pPr>
        <w:pStyle w:val="ListBullet"/>
        <w:spacing w:after="60"/>
        <w:ind w:hanging="216"/>
      </w:pPr>
      <w:r>
        <w:t>Ensure relevant staff can access the current plan while maintaining confidentiality.</w:t>
      </w:r>
    </w:p>
    <w:p w14:paraId="014542C5" w14:textId="201359D1" w:rsidR="00F9583A" w:rsidRDefault="00F9583A" w:rsidP="00642D81">
      <w:pPr>
        <w:pStyle w:val="ListBullet"/>
        <w:numPr>
          <w:ilvl w:val="0"/>
          <w:numId w:val="0"/>
        </w:numPr>
        <w:spacing w:after="60"/>
        <w:ind w:left="360"/>
      </w:pPr>
    </w:p>
    <w:p w14:paraId="591F35AA" w14:textId="77777777" w:rsidR="00F9583A" w:rsidRDefault="001D3E8F">
      <w:pPr>
        <w:pStyle w:val="Heading2"/>
      </w:pPr>
      <w:r>
        <w:t>6.3 SENDCo</w:t>
      </w:r>
    </w:p>
    <w:p w14:paraId="37D84526" w14:textId="77777777" w:rsidR="00F9583A" w:rsidRDefault="001D3E8F">
      <w:pPr>
        <w:pStyle w:val="ListBullet"/>
        <w:spacing w:after="60"/>
        <w:ind w:hanging="216"/>
      </w:pPr>
      <w:r>
        <w:t>Ensure medical support is aligned with SEND provision and any EHC plan.</w:t>
      </w:r>
    </w:p>
    <w:p w14:paraId="2F4922DE" w14:textId="77777777" w:rsidR="00F9583A" w:rsidRDefault="001D3E8F">
      <w:pPr>
        <w:pStyle w:val="ListBullet"/>
        <w:spacing w:after="60"/>
        <w:ind w:hanging="216"/>
      </w:pPr>
      <w:r>
        <w:t>Support transition, reintegration and multi-agency planning.</w:t>
      </w:r>
    </w:p>
    <w:p w14:paraId="23CB5F04" w14:textId="77777777" w:rsidR="00F9583A" w:rsidRDefault="001D3E8F">
      <w:pPr>
        <w:pStyle w:val="Heading2"/>
      </w:pPr>
      <w:r>
        <w:t>6.4 Staff</w:t>
      </w:r>
    </w:p>
    <w:p w14:paraId="4C08D10D" w14:textId="77777777" w:rsidR="00F9583A" w:rsidRDefault="001D3E8F">
      <w:pPr>
        <w:pStyle w:val="ListBullet"/>
        <w:spacing w:after="60"/>
        <w:ind w:hanging="216"/>
      </w:pPr>
      <w:r>
        <w:t>Understand the policy and know how to obtain help in an emergency.</w:t>
      </w:r>
    </w:p>
    <w:p w14:paraId="0948CD32" w14:textId="77777777" w:rsidR="00F9583A" w:rsidRDefault="001D3E8F">
      <w:pPr>
        <w:pStyle w:val="ListBullet"/>
        <w:spacing w:after="60"/>
        <w:ind w:hanging="216"/>
      </w:pPr>
      <w:r>
        <w:t>Follow individual healthcare plans and agreed procedures.</w:t>
      </w:r>
    </w:p>
    <w:p w14:paraId="48F4B91A" w14:textId="77777777" w:rsidR="00F9583A" w:rsidRDefault="001D3E8F">
      <w:pPr>
        <w:pStyle w:val="ListBullet"/>
        <w:spacing w:after="60"/>
        <w:ind w:hanging="216"/>
      </w:pPr>
      <w:r>
        <w:lastRenderedPageBreak/>
        <w:t>Undertake required training and do not carry out a specialist procedure without appropriate training and confirmation of competence.</w:t>
      </w:r>
    </w:p>
    <w:p w14:paraId="6F6DEE4A" w14:textId="77777777" w:rsidR="00F9583A" w:rsidRDefault="001D3E8F">
      <w:pPr>
        <w:pStyle w:val="ListBullet"/>
        <w:spacing w:after="60"/>
        <w:ind w:hanging="216"/>
      </w:pPr>
      <w:r>
        <w:t>Report medication errors, omissions, incidents, concerns and near misses promptly.</w:t>
      </w:r>
    </w:p>
    <w:p w14:paraId="675B7089" w14:textId="77777777" w:rsidR="00F9583A" w:rsidRDefault="001D3E8F">
      <w:pPr>
        <w:pStyle w:val="ListBullet"/>
        <w:spacing w:after="60"/>
        <w:ind w:hanging="216"/>
      </w:pPr>
      <w:r>
        <w:t>Support inclusion and avoid assumptions about what a pupil can or cannot do.</w:t>
      </w:r>
    </w:p>
    <w:p w14:paraId="39F92816" w14:textId="77777777" w:rsidR="00F9583A" w:rsidRDefault="001D3E8F">
      <w:pPr>
        <w:pStyle w:val="Heading2"/>
      </w:pPr>
      <w:r>
        <w:t>6.5 Pupils</w:t>
      </w:r>
    </w:p>
    <w:p w14:paraId="2683B88C" w14:textId="77777777" w:rsidR="00F9583A" w:rsidRDefault="001D3E8F">
      <w:pPr>
        <w:spacing w:after="100" w:line="252" w:lineRule="auto"/>
      </w:pPr>
      <w:r>
        <w:t>Pupils will be involved in decisions about their support in a way that reflects their age, understanding and wishes. Where appropriate, pupils will be supported to carry and manage their own medicines and devices. Pupils must not share medicines with others.</w:t>
      </w:r>
    </w:p>
    <w:p w14:paraId="264BA38F" w14:textId="77777777" w:rsidR="00F9583A" w:rsidRDefault="001D3E8F">
      <w:pPr>
        <w:pStyle w:val="Heading2"/>
      </w:pPr>
      <w:r>
        <w:t>6.6 Parents and carers</w:t>
      </w:r>
    </w:p>
    <w:p w14:paraId="3ECE707A" w14:textId="77777777" w:rsidR="00F9583A" w:rsidRDefault="001D3E8F">
      <w:pPr>
        <w:pStyle w:val="ListBullet"/>
        <w:spacing w:after="60"/>
        <w:ind w:hanging="216"/>
      </w:pPr>
      <w:r>
        <w:t>Provide accurate and current information about the pupil’s medical needs.</w:t>
      </w:r>
    </w:p>
    <w:p w14:paraId="10BDD5C2" w14:textId="77777777" w:rsidR="00F9583A" w:rsidRDefault="001D3E8F">
      <w:pPr>
        <w:pStyle w:val="ListBullet"/>
        <w:spacing w:after="60"/>
        <w:ind w:hanging="216"/>
      </w:pPr>
      <w:r>
        <w:t>Supply medicines and devices in accordance with this policy and notify the academy promptly of changes.</w:t>
      </w:r>
    </w:p>
    <w:p w14:paraId="5DBE3A5B" w14:textId="77777777" w:rsidR="00F9583A" w:rsidRDefault="001D3E8F">
      <w:pPr>
        <w:pStyle w:val="ListBullet"/>
        <w:spacing w:after="60"/>
        <w:ind w:hanging="216"/>
      </w:pPr>
      <w:r>
        <w:t>Participate in the development and review of the individual healthcare plan.</w:t>
      </w:r>
    </w:p>
    <w:p w14:paraId="65D1AED1" w14:textId="77777777" w:rsidR="00F9583A" w:rsidRDefault="001D3E8F">
      <w:pPr>
        <w:pStyle w:val="ListBullet"/>
        <w:spacing w:after="60"/>
        <w:ind w:hanging="216"/>
      </w:pPr>
      <w:r>
        <w:t>Ensure that emergency contact details are current.</w:t>
      </w:r>
    </w:p>
    <w:p w14:paraId="382C6822" w14:textId="77777777" w:rsidR="00F9583A" w:rsidRDefault="001D3E8F">
      <w:pPr>
        <w:pStyle w:val="ListBullet"/>
        <w:spacing w:after="60"/>
        <w:ind w:hanging="216"/>
      </w:pPr>
      <w:r>
        <w:t>Collect expired or discontinued medicines for safe disposal.</w:t>
      </w:r>
    </w:p>
    <w:p w14:paraId="1AA3C2E3" w14:textId="77777777" w:rsidR="00F9583A" w:rsidRDefault="001D3E8F">
      <w:pPr>
        <w:pStyle w:val="Heading2"/>
      </w:pPr>
      <w:r>
        <w:t>6.7 Healthcare professionals and partner agencies</w:t>
      </w:r>
    </w:p>
    <w:p w14:paraId="17782C79" w14:textId="77777777" w:rsidR="00F9583A" w:rsidRDefault="001D3E8F">
      <w:pPr>
        <w:spacing w:after="100" w:line="252" w:lineRule="auto"/>
      </w:pPr>
      <w:r>
        <w:t>The academy will work with school nursing services, GPs, paediatricians, specialist nurses, local authority services, NHS providers and the relevant integrated care board where appropriate. Healthcare professionals may advise on plans, training, emergency arrangements and confirmation of staff competence.</w:t>
      </w:r>
    </w:p>
    <w:p w14:paraId="784EE5A9" w14:textId="77777777" w:rsidR="00F9583A" w:rsidRDefault="001D3E8F">
      <w:pPr>
        <w:pStyle w:val="Heading1"/>
      </w:pPr>
      <w:r>
        <w:t>7. Notification and identification</w:t>
      </w:r>
    </w:p>
    <w:p w14:paraId="05CD7E15" w14:textId="77777777" w:rsidR="00F9583A" w:rsidRDefault="001D3E8F">
      <w:pPr>
        <w:spacing w:after="100" w:line="252" w:lineRule="auto"/>
      </w:pPr>
      <w:r>
        <w:t>The academy may be notified before admission, during transition, after a new diagnosis, following a change in need, or when a pupil returns after illness or hospital education. Support will not be delayed solely because a formal diagnosis has not been completed.</w:t>
      </w:r>
    </w:p>
    <w:p w14:paraId="376A9E82" w14:textId="77777777" w:rsidR="00F9583A" w:rsidRDefault="001D3E8F">
      <w:pPr>
        <w:pStyle w:val="ListBullet"/>
        <w:spacing w:after="60"/>
        <w:ind w:hanging="216"/>
      </w:pPr>
      <w:r>
        <w:t>For a planned admission or transition, arrangements should be ready for the pupil’s start date wherever sufficient information has been provided.</w:t>
      </w:r>
    </w:p>
    <w:p w14:paraId="104FA185" w14:textId="77777777" w:rsidR="00F9583A" w:rsidRDefault="001D3E8F">
      <w:pPr>
        <w:pStyle w:val="ListBullet"/>
        <w:spacing w:after="60"/>
        <w:ind w:hanging="216"/>
      </w:pPr>
      <w:r>
        <w:t>For a new diagnosis or change arising during the school year, the academy will aim to put arrangements in place as quickly as possible and normally within two weeks.</w:t>
      </w:r>
    </w:p>
    <w:p w14:paraId="59F418F2" w14:textId="77777777" w:rsidR="00F9583A" w:rsidRDefault="001D3E8F">
      <w:pPr>
        <w:pStyle w:val="ListBullet"/>
        <w:spacing w:after="60"/>
        <w:ind w:hanging="216"/>
      </w:pPr>
      <w:r>
        <w:t>Previous plans and relevant clinical information will be requested where appropriate.</w:t>
      </w:r>
    </w:p>
    <w:p w14:paraId="046DED82" w14:textId="77777777" w:rsidR="00F9583A" w:rsidRDefault="001D3E8F">
      <w:pPr>
        <w:pStyle w:val="ListBullet"/>
        <w:spacing w:after="60"/>
        <w:ind w:hanging="216"/>
      </w:pPr>
      <w:r>
        <w:t>Where evidence is unclear or differs, the academy will consider the available information, consult the family and relevant professionals, make a proportionate interim arrangement and keep it under review.</w:t>
      </w:r>
    </w:p>
    <w:p w14:paraId="083D55CB" w14:textId="77777777" w:rsidR="00F9583A" w:rsidRDefault="001D3E8F">
      <w:pPr>
        <w:pStyle w:val="Heading1"/>
      </w:pPr>
      <w:r>
        <w:t>8. Individual healthcare plans</w:t>
      </w:r>
    </w:p>
    <w:p w14:paraId="3410FDC0" w14:textId="77777777" w:rsidR="00F9583A" w:rsidRDefault="001D3E8F">
      <w:pPr>
        <w:spacing w:after="100" w:line="252" w:lineRule="auto"/>
      </w:pPr>
      <w:r>
        <w:t>An individual healthcare plan (IHP) provides clarity about a pupil’s needs, the support required, who will provide it and what must happen in an emergency. An IHP will be considered where a condition is long term, complex, fluctuating, requires medicine or a healthcare procedure, presents a significant risk, affects attendance or access, or requires coordinated support. Not every pupil with a medical condition will need an IHP.</w:t>
      </w:r>
    </w:p>
    <w:p w14:paraId="0AE380A6" w14:textId="77777777" w:rsidR="00F9583A" w:rsidRDefault="001D3E8F">
      <w:pPr>
        <w:spacing w:after="100" w:line="252" w:lineRule="auto"/>
      </w:pPr>
      <w:r>
        <w:t>The academy, parent or carer and relevant healthcare professional will agree whether a plan is proportionate. The Headteacher will make the final decision where agreement cannot be reached. Responsibility for ensuring that the plan is completed, implemented and reviewed remains with the academy.</w:t>
      </w:r>
    </w:p>
    <w:p w14:paraId="54CB283C" w14:textId="77777777" w:rsidR="00F9583A" w:rsidRDefault="001D3E8F">
      <w:pPr>
        <w:spacing w:after="100" w:line="252" w:lineRule="auto"/>
      </w:pPr>
      <w:r>
        <w:t>Each IHP should include, as relevant:</w:t>
      </w:r>
    </w:p>
    <w:p w14:paraId="10D36E06" w14:textId="77777777" w:rsidR="00F9583A" w:rsidRDefault="001D3E8F">
      <w:pPr>
        <w:pStyle w:val="ListBullet"/>
        <w:spacing w:after="60"/>
        <w:ind w:hanging="216"/>
      </w:pPr>
      <w:r>
        <w:t>diagnosis or description of need, triggers, signs, symptoms and treatment;</w:t>
      </w:r>
    </w:p>
    <w:p w14:paraId="1A30A90F" w14:textId="77777777" w:rsidR="00F9583A" w:rsidRDefault="001D3E8F">
      <w:pPr>
        <w:pStyle w:val="ListBullet"/>
        <w:spacing w:after="60"/>
        <w:ind w:hanging="216"/>
      </w:pPr>
      <w:r>
        <w:t>medicine, dose, method, timing, side effects, storage and access;</w:t>
      </w:r>
    </w:p>
    <w:p w14:paraId="57D265DC" w14:textId="77777777" w:rsidR="00F9583A" w:rsidRDefault="001D3E8F">
      <w:pPr>
        <w:pStyle w:val="ListBullet"/>
        <w:spacing w:after="60"/>
        <w:ind w:hanging="216"/>
      </w:pPr>
      <w:r>
        <w:t>facilities, equipment, food, drink, rest, toilet access, mobility and environmental requirements;</w:t>
      </w:r>
    </w:p>
    <w:p w14:paraId="3D9A98B7" w14:textId="77777777" w:rsidR="00F9583A" w:rsidRDefault="001D3E8F">
      <w:pPr>
        <w:pStyle w:val="ListBullet"/>
        <w:spacing w:after="60"/>
        <w:ind w:hanging="216"/>
      </w:pPr>
      <w:r>
        <w:t>educational, social, emotional, communication and attendance support;</w:t>
      </w:r>
    </w:p>
    <w:p w14:paraId="6EE17E9E" w14:textId="77777777" w:rsidR="00F9583A" w:rsidRDefault="001D3E8F">
      <w:pPr>
        <w:pStyle w:val="ListBullet"/>
        <w:spacing w:after="60"/>
        <w:ind w:hanging="216"/>
      </w:pPr>
      <w:r>
        <w:lastRenderedPageBreak/>
        <w:t>reasonable adjustments and arrangements for examinations or assessments;</w:t>
      </w:r>
    </w:p>
    <w:p w14:paraId="5BC360F1" w14:textId="77777777" w:rsidR="00F9583A" w:rsidRDefault="001D3E8F">
      <w:pPr>
        <w:pStyle w:val="ListBullet"/>
        <w:spacing w:after="60"/>
        <w:ind w:hanging="216"/>
      </w:pPr>
      <w:r>
        <w:t>the level of support required, including arrangements for self-management;</w:t>
      </w:r>
    </w:p>
    <w:p w14:paraId="716AECF7" w14:textId="77777777" w:rsidR="00F9583A" w:rsidRDefault="001D3E8F">
      <w:pPr>
        <w:pStyle w:val="ListBullet"/>
        <w:spacing w:after="60"/>
        <w:ind w:hanging="216"/>
      </w:pPr>
      <w:r>
        <w:t>named staff, training and cover arrangements;</w:t>
      </w:r>
    </w:p>
    <w:p w14:paraId="2E11C3C1" w14:textId="77777777" w:rsidR="00F9583A" w:rsidRDefault="001D3E8F">
      <w:pPr>
        <w:pStyle w:val="ListBullet"/>
        <w:spacing w:after="60"/>
        <w:ind w:hanging="216"/>
      </w:pPr>
      <w:r>
        <w:t>emergency signs, action, contacts and contingency arrangements;</w:t>
      </w:r>
    </w:p>
    <w:p w14:paraId="7A8F9F0C" w14:textId="77777777" w:rsidR="00F9583A" w:rsidRDefault="001D3E8F">
      <w:pPr>
        <w:pStyle w:val="ListBullet"/>
        <w:spacing w:after="60"/>
        <w:ind w:hanging="216"/>
      </w:pPr>
      <w:r>
        <w:t>arrangements for trips, transport, work experience and off-site activity;</w:t>
      </w:r>
    </w:p>
    <w:p w14:paraId="72D58AB0" w14:textId="77777777" w:rsidR="00F9583A" w:rsidRDefault="001D3E8F">
      <w:pPr>
        <w:pStyle w:val="ListBullet"/>
        <w:spacing w:after="60"/>
        <w:ind w:hanging="216"/>
      </w:pPr>
      <w:r>
        <w:t>information-sharing and confidentiality arrangements;</w:t>
      </w:r>
    </w:p>
    <w:p w14:paraId="0536818B" w14:textId="77777777" w:rsidR="00F9583A" w:rsidRDefault="001D3E8F">
      <w:pPr>
        <w:pStyle w:val="ListBullet"/>
        <w:spacing w:after="60"/>
        <w:ind w:hanging="216"/>
      </w:pPr>
      <w:r>
        <w:t>review date and circumstances that will trigger an earlier review.</w:t>
      </w:r>
    </w:p>
    <w:p w14:paraId="171471DD" w14:textId="77777777" w:rsidR="00F9583A" w:rsidRDefault="001D3E8F">
      <w:pPr>
        <w:spacing w:after="100" w:line="252" w:lineRule="auto"/>
      </w:pPr>
      <w:r>
        <w:t>Plans will be reviewed at least annually and sooner when needs change, following a significant incident or near miss, when medicine or emergency advice changes, or when the pupil moves between sites or phases. Current plans will be securely stored and made readily available to staff who need the information to support the pupil safely.</w:t>
      </w:r>
    </w:p>
    <w:p w14:paraId="0660DFE3" w14:textId="77777777" w:rsidR="00F9583A" w:rsidRDefault="001D3E8F">
      <w:pPr>
        <w:pStyle w:val="Heading1"/>
      </w:pPr>
      <w:r>
        <w:t>9. Attendance, reintegration and education during absence</w:t>
      </w:r>
    </w:p>
    <w:p w14:paraId="4D79CE92" w14:textId="77777777" w:rsidR="00F9583A" w:rsidRDefault="001D3E8F">
      <w:pPr>
        <w:spacing w:after="100" w:line="252" w:lineRule="auto"/>
      </w:pPr>
      <w:r>
        <w:t>Medical absence will be handled supportively and in line with the academy’s attendance policy. Pupils will not be penalised where absence is linked to their medical condition. The academy will consider reasonable adjustments, pastoral support, catch-up arrangements and a structured reintegration plan following prolonged absence.</w:t>
      </w:r>
    </w:p>
    <w:p w14:paraId="54F69F57" w14:textId="77777777" w:rsidR="00F9583A" w:rsidRDefault="001D3E8F">
      <w:pPr>
        <w:spacing w:after="100" w:line="252" w:lineRule="auto"/>
      </w:pPr>
      <w:r>
        <w:t>Where a temporary part-time timetable is considered, it will be time limited, regularly reviewed, agreed with the family and used only as part of a plan towards full-time education. Remote education may be considered where appropriate, but will not replace the academy’s duty to remove barriers and support a safe return. Where health needs prevent a pupil from receiving suitable education, the academy will work with the local authority and relevant providers.</w:t>
      </w:r>
    </w:p>
    <w:p w14:paraId="144BA074" w14:textId="77777777" w:rsidR="00F9583A" w:rsidRDefault="001D3E8F">
      <w:pPr>
        <w:pStyle w:val="Heading1"/>
      </w:pPr>
      <w:r>
        <w:t>10. Staff training and support</w:t>
      </w:r>
    </w:p>
    <w:p w14:paraId="34573F6F" w14:textId="77777777" w:rsidR="00F9583A" w:rsidRDefault="001D3E8F">
      <w:pPr>
        <w:pStyle w:val="ListBullet"/>
        <w:spacing w:after="60"/>
        <w:ind w:hanging="216"/>
      </w:pPr>
      <w:r>
        <w:t>All staff will receive induction and periodic awareness training on this policy, emergency response and how to obtain help.</w:t>
      </w:r>
    </w:p>
    <w:p w14:paraId="12294F22" w14:textId="77777777" w:rsidR="00F9583A" w:rsidRDefault="001D3E8F">
      <w:pPr>
        <w:pStyle w:val="ListBullet"/>
        <w:spacing w:after="60"/>
        <w:ind w:hanging="216"/>
      </w:pPr>
      <w:r>
        <w:t>Staff supporting a named pupil will receive condition-specific training identified through the IHP.</w:t>
      </w:r>
    </w:p>
    <w:p w14:paraId="55CD7B9B" w14:textId="77777777" w:rsidR="00F9583A" w:rsidRDefault="001D3E8F">
      <w:pPr>
        <w:pStyle w:val="ListBullet"/>
        <w:spacing w:after="60"/>
        <w:ind w:hanging="216"/>
      </w:pPr>
      <w:r>
        <w:t>Training must be provided by an appropriately qualified person. A parent or carer may provide valuable information but will not be the sole trainer for a clinical procedure.</w:t>
      </w:r>
    </w:p>
    <w:p w14:paraId="470BC240" w14:textId="77777777" w:rsidR="00F9583A" w:rsidRDefault="001D3E8F">
      <w:pPr>
        <w:pStyle w:val="ListBullet"/>
        <w:spacing w:after="60"/>
        <w:ind w:hanging="216"/>
      </w:pPr>
      <w:r>
        <w:t>A first aid qualification does not by itself demonstrate competence to administer a specific medicine or carry out a healthcare procedure.</w:t>
      </w:r>
    </w:p>
    <w:p w14:paraId="2927DC08" w14:textId="77777777" w:rsidR="00F9583A" w:rsidRDefault="001D3E8F">
      <w:pPr>
        <w:pStyle w:val="ListBullet"/>
        <w:spacing w:after="60"/>
        <w:ind w:hanging="216"/>
      </w:pPr>
      <w:r>
        <w:t>Training records, competency confirmation and review dates will be maintained.</w:t>
      </w:r>
    </w:p>
    <w:p w14:paraId="7930DD05" w14:textId="77777777" w:rsidR="00F9583A" w:rsidRDefault="001D3E8F">
      <w:pPr>
        <w:pStyle w:val="ListBullet"/>
        <w:spacing w:after="60"/>
        <w:ind w:hanging="216"/>
      </w:pPr>
      <w:r>
        <w:t>Staff will be told when a plan changes and cover arrangements will be checked following absence, turnover or deployment changes.</w:t>
      </w:r>
    </w:p>
    <w:p w14:paraId="629BF8E8" w14:textId="77777777" w:rsidR="00F9583A" w:rsidRDefault="001D3E8F">
      <w:pPr>
        <w:pStyle w:val="Heading1"/>
      </w:pPr>
      <w:r>
        <w:t>11. Managing medicines</w:t>
      </w:r>
    </w:p>
    <w:p w14:paraId="14A8D24C" w14:textId="77777777" w:rsidR="00F9583A" w:rsidRDefault="001D3E8F">
      <w:pPr>
        <w:spacing w:after="100" w:line="252" w:lineRule="auto"/>
      </w:pPr>
      <w:r>
        <w:t>Medicines will only be administered during academy time where it would be detrimental to the pupil’s health or attendance not to do so. Staff will follow the prescriber’s instructions and the pupil’s IHP or written parental agreement.</w:t>
      </w:r>
    </w:p>
    <w:p w14:paraId="2B98644F" w14:textId="77777777" w:rsidR="00F9583A" w:rsidRDefault="001D3E8F">
      <w:pPr>
        <w:pStyle w:val="ListBullet"/>
        <w:spacing w:after="60"/>
        <w:ind w:hanging="216"/>
      </w:pPr>
      <w:r>
        <w:t>Prescription medicines will normally be accepted only when in date, labelled, supplied in the original pharmacy container and accompanied by written consent. Insulin may be supplied in a pen, pump or other clinically appropriate device.</w:t>
      </w:r>
    </w:p>
    <w:p w14:paraId="104CF51B" w14:textId="77777777" w:rsidR="00F9583A" w:rsidRDefault="001D3E8F">
      <w:pPr>
        <w:pStyle w:val="ListBullet"/>
        <w:spacing w:after="60"/>
        <w:ind w:hanging="216"/>
      </w:pPr>
      <w:r>
        <w:t>Non-prescription medicine may be administered only under the academy’s agreed procedure and with written parental consent. Aspirin or medicine containing aspirin will not be given to a pupil under 16 unless prescribed by a doctor.</w:t>
      </w:r>
    </w:p>
    <w:p w14:paraId="7363CE71" w14:textId="77777777" w:rsidR="00F9583A" w:rsidRDefault="001D3E8F">
      <w:pPr>
        <w:pStyle w:val="ListBullet"/>
        <w:spacing w:after="60"/>
        <w:ind w:hanging="216"/>
      </w:pPr>
      <w:r>
        <w:t>Before administering pain relief, staff will check the maximum dose and when any previous dose was taken. Parents or carers will be informed in line with local arrangements.</w:t>
      </w:r>
    </w:p>
    <w:p w14:paraId="56F3C9BF" w14:textId="77777777" w:rsidR="00F9583A" w:rsidRDefault="001D3E8F">
      <w:pPr>
        <w:pStyle w:val="ListBullet"/>
        <w:spacing w:after="60"/>
        <w:ind w:hanging="216"/>
      </w:pPr>
      <w:r>
        <w:t>Medicines will be stored safely and according to the manufacturer’s instructions. Refrigerated medicine will be stored securely in a suitable refrigerator.</w:t>
      </w:r>
    </w:p>
    <w:p w14:paraId="618F9899" w14:textId="77777777" w:rsidR="00F9583A" w:rsidRDefault="001D3E8F">
      <w:pPr>
        <w:pStyle w:val="ListBullet"/>
        <w:spacing w:after="60"/>
        <w:ind w:hanging="216"/>
      </w:pPr>
      <w:r>
        <w:lastRenderedPageBreak/>
        <w:t>Routine medicines and controlled drugs will be stored securely. Controlled drugs will be kept in a non-portable locked container with access limited to authorised staff, while remaining accessible in an emergency. A running record of quantities received, administered and returned will be maintained.</w:t>
      </w:r>
    </w:p>
    <w:p w14:paraId="5CDE1B38" w14:textId="77777777" w:rsidR="00F9583A" w:rsidRDefault="001D3E8F">
      <w:pPr>
        <w:pStyle w:val="ListBullet"/>
        <w:spacing w:after="60"/>
        <w:ind w:hanging="216"/>
      </w:pPr>
      <w:r>
        <w:t>Emergency medicines and devices, including inhalers, blood glucose equipment and adrenaline auto-injectors, must be readily accessible and must not be locked away in a way that delays treatment. Site-specific locations will be communicated to relevant staff.</w:t>
      </w:r>
    </w:p>
    <w:p w14:paraId="4FC713ED" w14:textId="77777777" w:rsidR="00F9583A" w:rsidRDefault="001D3E8F">
      <w:pPr>
        <w:pStyle w:val="ListBullet"/>
        <w:spacing w:after="60"/>
        <w:ind w:hanging="216"/>
      </w:pPr>
      <w:r>
        <w:t>A pupil assessed as competent may carry and self-administer their own medicine or device where this is set out in the IHP. Appropriate monitoring and safe arrangements for other pupils will be maintained.</w:t>
      </w:r>
    </w:p>
    <w:p w14:paraId="23544A1C" w14:textId="77777777" w:rsidR="00F9583A" w:rsidRDefault="001D3E8F">
      <w:pPr>
        <w:pStyle w:val="ListBullet"/>
        <w:spacing w:after="60"/>
        <w:ind w:hanging="216"/>
      </w:pPr>
      <w:r>
        <w:t>If a pupil refuses medicine or a procedure, staff will not force them. Staff will follow the IHP, inform parents or carers and seek clinical advice where required.</w:t>
      </w:r>
    </w:p>
    <w:p w14:paraId="73ABD3EF" w14:textId="77777777" w:rsidR="00F9583A" w:rsidRDefault="001D3E8F">
      <w:pPr>
        <w:pStyle w:val="ListBullet"/>
        <w:spacing w:after="60"/>
        <w:ind w:hanging="216"/>
      </w:pPr>
      <w:r>
        <w:t>Every administration, refusal, omission, error, side effect or return of medicine will be recorded.</w:t>
      </w:r>
    </w:p>
    <w:p w14:paraId="21EE67C5" w14:textId="77777777" w:rsidR="00F9583A" w:rsidRDefault="001D3E8F">
      <w:pPr>
        <w:pStyle w:val="ListBullet"/>
        <w:spacing w:after="60"/>
        <w:ind w:hanging="216"/>
      </w:pPr>
      <w:r>
        <w:t>Unused or expired medicines will be returned to parents or carers. Sharps will be disposed of in an approved sharps container.</w:t>
      </w:r>
    </w:p>
    <w:p w14:paraId="520FB26D" w14:textId="77777777" w:rsidR="00F9583A" w:rsidRDefault="001D3E8F">
      <w:pPr>
        <w:pStyle w:val="Heading1"/>
      </w:pPr>
      <w:r>
        <w:t>12. Allergy and anaphylaxis safety</w:t>
      </w:r>
    </w:p>
    <w:p w14:paraId="3F3CF2D6" w14:textId="58A9D287" w:rsidR="00F9583A" w:rsidRDefault="00642D81">
      <w:pPr>
        <w:spacing w:after="100" w:line="252" w:lineRule="auto"/>
      </w:pPr>
      <w:r>
        <w:t>Horizons</w:t>
      </w:r>
      <w:r w:rsidR="001D3E8F">
        <w:t xml:space="preserve"> Academy will maintain allergy-aware arrangements and will not rely solely on blanket claims such as “nut free”. Controls will reflect identified allergens, individual plans, catering arrangements, curriculum activities and the environments used by pupils.</w:t>
      </w:r>
    </w:p>
    <w:p w14:paraId="203CE385" w14:textId="77777777" w:rsidR="00F9583A" w:rsidRDefault="001D3E8F">
      <w:pPr>
        <w:pStyle w:val="ListBullet"/>
        <w:spacing w:after="60"/>
        <w:ind w:hanging="216"/>
      </w:pPr>
      <w:r>
        <w:t>Known allergies, prescribed devices and emergency plans will be identified through admission and on-roll procedures and kept current.</w:t>
      </w:r>
    </w:p>
    <w:p w14:paraId="5AF12EBF" w14:textId="77777777" w:rsidR="00F9583A" w:rsidRDefault="001D3E8F">
      <w:pPr>
        <w:pStyle w:val="ListBullet"/>
        <w:spacing w:after="60"/>
        <w:ind w:hanging="216"/>
      </w:pPr>
      <w:r>
        <w:t>Pupils requiring specific arrangements will have an IHP and, where provided, an Allergy Action Plan.</w:t>
      </w:r>
    </w:p>
    <w:p w14:paraId="719B2F86" w14:textId="77777777" w:rsidR="00F9583A" w:rsidRDefault="001D3E8F">
      <w:pPr>
        <w:pStyle w:val="ListBullet"/>
        <w:spacing w:after="60"/>
        <w:ind w:hanging="216"/>
      </w:pPr>
      <w:r>
        <w:t>Staff will receive appropriate allergy awareness and emergency response training. Staff expected to use an adrenaline auto-injector will receive practical training.</w:t>
      </w:r>
    </w:p>
    <w:p w14:paraId="697B1539" w14:textId="77777777" w:rsidR="00F9583A" w:rsidRDefault="001D3E8F">
      <w:pPr>
        <w:pStyle w:val="ListBullet"/>
        <w:spacing w:after="60"/>
        <w:ind w:hanging="216"/>
      </w:pPr>
      <w:r>
        <w:t>Food provision will be planned with parents or carers, the pupil and catering providers. Allergen information, cross-contamination controls and safe meal arrangements will be maintained.</w:t>
      </w:r>
    </w:p>
    <w:p w14:paraId="31EA1B20" w14:textId="77777777" w:rsidR="00F9583A" w:rsidRDefault="001D3E8F">
      <w:pPr>
        <w:pStyle w:val="ListBullet"/>
        <w:spacing w:after="60"/>
        <w:ind w:hanging="216"/>
      </w:pPr>
      <w:r>
        <w:t>Risks will be considered for cooking, science, craft materials, animals, rewards, celebrations, trips, work experience and off-site provision.</w:t>
      </w:r>
    </w:p>
    <w:p w14:paraId="7D1F7848" w14:textId="77777777" w:rsidR="00F9583A" w:rsidRDefault="001D3E8F">
      <w:pPr>
        <w:pStyle w:val="ListBullet"/>
        <w:spacing w:after="60"/>
        <w:ind w:hanging="216"/>
      </w:pPr>
      <w:r>
        <w:t>Prescribed adrenaline devices will be accessible with the pupil. Any spare devices held by the academy will be stored, checked and used in accordance with current legal requirements and Department of Health guidance.</w:t>
      </w:r>
    </w:p>
    <w:p w14:paraId="3B56644F" w14:textId="77777777" w:rsidR="00F9583A" w:rsidRDefault="001D3E8F">
      <w:pPr>
        <w:pStyle w:val="ListBullet"/>
        <w:spacing w:after="60"/>
        <w:ind w:hanging="216"/>
      </w:pPr>
      <w:r>
        <w:t>Allergic reactions, use of adrenaline, food-safety concerns and near misses will be recorded and reviewed.</w:t>
      </w:r>
    </w:p>
    <w:p w14:paraId="7C52F1CE" w14:textId="77777777" w:rsidR="00F9583A" w:rsidRDefault="001D3E8F">
      <w:pPr>
        <w:pStyle w:val="Heading2"/>
      </w:pPr>
      <w:r>
        <w:t>12.1 Suspected anaphylaxis</w:t>
      </w:r>
    </w:p>
    <w:p w14:paraId="15135424" w14:textId="77777777" w:rsidR="00F9583A" w:rsidRDefault="001D3E8F">
      <w:pPr>
        <w:pStyle w:val="ListBullet"/>
        <w:spacing w:after="60"/>
        <w:ind w:hanging="216"/>
      </w:pPr>
      <w:r>
        <w:t>Call 999 and state that anaphylaxis is suspected.</w:t>
      </w:r>
    </w:p>
    <w:p w14:paraId="218F9690" w14:textId="77777777" w:rsidR="00F9583A" w:rsidRDefault="001D3E8F">
      <w:pPr>
        <w:pStyle w:val="ListBullet"/>
        <w:spacing w:after="60"/>
        <w:ind w:hanging="216"/>
      </w:pPr>
      <w:r>
        <w:t>Give adrenaline without delay in accordance with the pupil’s plan, device instructions and staff training. If in doubt, give adrenaline.</w:t>
      </w:r>
    </w:p>
    <w:p w14:paraId="1C8FCF9B" w14:textId="77777777" w:rsidR="00F9583A" w:rsidRDefault="001D3E8F">
      <w:pPr>
        <w:pStyle w:val="ListBullet"/>
        <w:spacing w:after="60"/>
        <w:ind w:hanging="216"/>
      </w:pPr>
      <w:r>
        <w:t>Keep the pupil lying flat with legs raised where possible. If breathing is difficult, allow the pupil to sit only as needed. Do not allow the pupil to stand or walk.</w:t>
      </w:r>
    </w:p>
    <w:p w14:paraId="541C371D" w14:textId="77777777" w:rsidR="00F9583A" w:rsidRDefault="001D3E8F">
      <w:pPr>
        <w:pStyle w:val="ListBullet"/>
        <w:spacing w:after="60"/>
        <w:ind w:hanging="216"/>
      </w:pPr>
      <w:r>
        <w:t>Give a second dose after five minutes if there is no improvement and a second device is available.</w:t>
      </w:r>
    </w:p>
    <w:p w14:paraId="597B2A27" w14:textId="77777777" w:rsidR="00F9583A" w:rsidRDefault="001D3E8F">
      <w:pPr>
        <w:pStyle w:val="ListBullet"/>
        <w:spacing w:after="60"/>
        <w:ind w:hanging="216"/>
      </w:pPr>
      <w:r>
        <w:t>Stay with the pupil, contact parents or carers and ensure an appropriate adult accompanies the pupil to hospital or remains until the parent or carer arrives.</w:t>
      </w:r>
    </w:p>
    <w:p w14:paraId="650CF31B" w14:textId="77777777" w:rsidR="00F9583A" w:rsidRDefault="001D3E8F">
      <w:pPr>
        <w:pStyle w:val="Heading1"/>
      </w:pPr>
      <w:r>
        <w:t>13. Emergency procedures</w:t>
      </w:r>
    </w:p>
    <w:p w14:paraId="3CD743F3" w14:textId="77777777" w:rsidR="00F9583A" w:rsidRDefault="001D3E8F">
      <w:pPr>
        <w:pStyle w:val="ListBullet"/>
        <w:spacing w:after="60"/>
        <w:ind w:hanging="216"/>
      </w:pPr>
      <w:r>
        <w:t>The IHP will define, where relevant, what constitutes an emergency and the action to take.</w:t>
      </w:r>
    </w:p>
    <w:p w14:paraId="2956A5C2" w14:textId="77777777" w:rsidR="00F9583A" w:rsidRDefault="001D3E8F">
      <w:pPr>
        <w:pStyle w:val="ListBullet"/>
        <w:spacing w:after="60"/>
        <w:ind w:hanging="216"/>
      </w:pPr>
      <w:r>
        <w:t>Staff will call 999 where emergency treatment is required and will provide the correct site address, entrance and access information.</w:t>
      </w:r>
    </w:p>
    <w:p w14:paraId="7C21CD34" w14:textId="77777777" w:rsidR="00F9583A" w:rsidRDefault="001D3E8F">
      <w:pPr>
        <w:pStyle w:val="ListBullet"/>
        <w:spacing w:after="60"/>
        <w:ind w:hanging="216"/>
      </w:pPr>
      <w:r>
        <w:t>Emergency medicine will be administered by trained staff where required.</w:t>
      </w:r>
    </w:p>
    <w:p w14:paraId="37CA39E7" w14:textId="77777777" w:rsidR="00F9583A" w:rsidRDefault="001D3E8F">
      <w:pPr>
        <w:pStyle w:val="ListBullet"/>
        <w:spacing w:after="60"/>
        <w:ind w:hanging="216"/>
      </w:pPr>
      <w:r>
        <w:t>The pupil’s plan, medicine information and relevant records will be available to emergency services.</w:t>
      </w:r>
    </w:p>
    <w:p w14:paraId="641C300D" w14:textId="77777777" w:rsidR="00F9583A" w:rsidRDefault="001D3E8F">
      <w:pPr>
        <w:pStyle w:val="ListBullet"/>
        <w:spacing w:after="60"/>
        <w:ind w:hanging="216"/>
      </w:pPr>
      <w:r>
        <w:lastRenderedPageBreak/>
        <w:t>An appropriate adult will remain with the pupil and accompany the pupil in an ambulance when required.</w:t>
      </w:r>
    </w:p>
    <w:p w14:paraId="286C5A76" w14:textId="77777777" w:rsidR="00F9583A" w:rsidRDefault="001D3E8F">
      <w:pPr>
        <w:pStyle w:val="ListBullet"/>
        <w:spacing w:after="60"/>
        <w:ind w:hanging="216"/>
      </w:pPr>
      <w:r>
        <w:t>Parents or carers will be contacted as soon as practicable.</w:t>
      </w:r>
    </w:p>
    <w:p w14:paraId="5FD71E62" w14:textId="77777777" w:rsidR="00F9583A" w:rsidRDefault="001D3E8F">
      <w:pPr>
        <w:pStyle w:val="ListBullet"/>
        <w:spacing w:after="60"/>
        <w:ind w:hanging="216"/>
      </w:pPr>
      <w:r>
        <w:t>The incident will be recorded and reviewed, including whether the IHP, training, risk assessment or policy needs to change.</w:t>
      </w:r>
    </w:p>
    <w:p w14:paraId="5AB5744F" w14:textId="77777777" w:rsidR="00F9583A" w:rsidRDefault="001D3E8F">
      <w:pPr>
        <w:pStyle w:val="Heading1"/>
      </w:pPr>
      <w:r>
        <w:t>14. Trips, residential visits, sport and off-site activity</w:t>
      </w:r>
    </w:p>
    <w:p w14:paraId="7E3BEB50" w14:textId="77777777" w:rsidR="00F9583A" w:rsidRDefault="001D3E8F">
      <w:pPr>
        <w:spacing w:after="100" w:line="252" w:lineRule="auto"/>
      </w:pPr>
      <w:r>
        <w:t>Pupils with medical conditions will be actively supported to participate. A proportionate risk assessment will identify reasonable adjustments, trained staffing, medicine and equipment, transport, emergency arrangements, food requirements, contact details and access to healthcare. Participation will not be restricted unless available clinical evidence shows that inclusion cannot be made safe through reasonable adjustments.</w:t>
      </w:r>
    </w:p>
    <w:p w14:paraId="5BBF5C7D" w14:textId="77777777" w:rsidR="00F9583A" w:rsidRDefault="001D3E8F">
      <w:pPr>
        <w:pStyle w:val="Heading1"/>
      </w:pPr>
      <w:r>
        <w:t>15. Transport</w:t>
      </w:r>
    </w:p>
    <w:p w14:paraId="574C0E23" w14:textId="77777777" w:rsidR="00F9583A" w:rsidRDefault="001D3E8F">
      <w:pPr>
        <w:spacing w:after="100" w:line="252" w:lineRule="auto"/>
      </w:pPr>
      <w:r>
        <w:t>Where local-authority or commissioned transport is used and a pupil has a medical condition requiring emergency support, relevant information will be shared lawfully and securely with those who need it. The minimum necessary information will be provided, with clear emergency instructions and contact arrangements.</w:t>
      </w:r>
    </w:p>
    <w:p w14:paraId="1BC72FAE" w14:textId="77777777" w:rsidR="00F9583A" w:rsidRDefault="001D3E8F">
      <w:pPr>
        <w:pStyle w:val="Heading1"/>
      </w:pPr>
      <w:r>
        <w:t>16. Incidents, medication errors and near misses</w:t>
      </w:r>
    </w:p>
    <w:p w14:paraId="437CED51" w14:textId="77777777" w:rsidR="00F9583A" w:rsidRDefault="001D3E8F">
      <w:pPr>
        <w:spacing w:after="100" w:line="252" w:lineRule="auto"/>
      </w:pPr>
      <w:r>
        <w:t>All serious medical incidents, medication errors, missed doses, accidental allergen exposures, emergency device use and significant near misses will be recorded promptly. The Head of School or Head of Site will ensure that parents or carers are informed, immediate safety actions are taken and relevant leaders are notified.</w:t>
      </w:r>
    </w:p>
    <w:p w14:paraId="2AA924BA" w14:textId="77777777" w:rsidR="00F9583A" w:rsidRDefault="001D3E8F">
      <w:pPr>
        <w:pStyle w:val="ListBullet"/>
        <w:spacing w:after="60"/>
        <w:ind w:hanging="216"/>
      </w:pPr>
      <w:r>
        <w:t>The review will establish what happened, whether the IHP and procedures were followed, and what action is needed.</w:t>
      </w:r>
    </w:p>
    <w:p w14:paraId="35F2C76A" w14:textId="77777777" w:rsidR="00F9583A" w:rsidRDefault="001D3E8F">
      <w:pPr>
        <w:pStyle w:val="ListBullet"/>
        <w:spacing w:after="60"/>
        <w:ind w:hanging="216"/>
      </w:pPr>
      <w:r>
        <w:t>Where appropriate, advice will be sought from healthcare professionals, the local authority, safeguarding leaders, the Trust health and safety team, insurers or regulators.</w:t>
      </w:r>
    </w:p>
    <w:p w14:paraId="3DD9112A" w14:textId="77777777" w:rsidR="00F9583A" w:rsidRDefault="001D3E8F">
      <w:pPr>
        <w:pStyle w:val="ListBullet"/>
        <w:spacing w:after="60"/>
        <w:ind w:hanging="216"/>
      </w:pPr>
      <w:r>
        <w:t>Relevant IHPs, risk assessments, training and local procedures will be updated.</w:t>
      </w:r>
    </w:p>
    <w:p w14:paraId="4B744210" w14:textId="77777777" w:rsidR="00F9583A" w:rsidRDefault="001D3E8F">
      <w:pPr>
        <w:pStyle w:val="ListBullet"/>
        <w:spacing w:after="60"/>
        <w:ind w:hanging="216"/>
      </w:pPr>
      <w:r>
        <w:t>Learning will be shared with staff and reported through governance arrangements without unnecessary personal information.</w:t>
      </w:r>
    </w:p>
    <w:p w14:paraId="4617366E" w14:textId="77777777" w:rsidR="00F9583A" w:rsidRDefault="001D3E8F">
      <w:pPr>
        <w:pStyle w:val="ListBullet"/>
        <w:spacing w:after="60"/>
        <w:ind w:hanging="216"/>
      </w:pPr>
      <w:r>
        <w:t>Repeated failure to provide essential medicine, equipment or information may be considered under safeguarding procedures.</w:t>
      </w:r>
    </w:p>
    <w:p w14:paraId="038FF2E8" w14:textId="77777777" w:rsidR="00F9583A" w:rsidRDefault="001D3E8F">
      <w:pPr>
        <w:pStyle w:val="Heading1"/>
      </w:pPr>
      <w:r>
        <w:t>17. Information sharing, confidentiality and records</w:t>
      </w:r>
    </w:p>
    <w:p w14:paraId="446652B2" w14:textId="77777777" w:rsidR="00F9583A" w:rsidRDefault="001D3E8F">
      <w:pPr>
        <w:spacing w:after="100" w:line="252" w:lineRule="auto"/>
      </w:pPr>
      <w:r>
        <w:t>Medical information will be handled in accordance with data protection law and Trust policy. Information will be shared on a need-to-know basis where this is necessary to protect the pupil, provide support or meet a legal duty. Records will be stored securely, kept accurate and retained in accordance with the Trust retention schedule.</w:t>
      </w:r>
    </w:p>
    <w:p w14:paraId="247F5B25" w14:textId="77777777" w:rsidR="00F9583A" w:rsidRDefault="001D3E8F">
      <w:pPr>
        <w:spacing w:after="100" w:line="252" w:lineRule="auto"/>
      </w:pPr>
      <w:r>
        <w:t>Relevant information may need to be shared with supply staff, agency staff, transport providers, trip leaders, caterers, off-site providers and emergency services. The academy will share only the information required for the person to carry out their role safely.</w:t>
      </w:r>
    </w:p>
    <w:p w14:paraId="44D8642C" w14:textId="77777777" w:rsidR="00F9583A" w:rsidRDefault="001D3E8F">
      <w:pPr>
        <w:pStyle w:val="Heading1"/>
      </w:pPr>
      <w:r>
        <w:t>18. Liability and indemnity</w:t>
      </w:r>
    </w:p>
    <w:p w14:paraId="3C87BBA2" w14:textId="77777777" w:rsidR="00F9583A" w:rsidRDefault="001D3E8F">
      <w:pPr>
        <w:spacing w:after="100" w:line="252" w:lineRule="auto"/>
      </w:pPr>
      <w:r>
        <w:t>The Trust will ensure that appropriate insurance arrangements are in place for staff supporting pupils with medical conditions. Staff must follow this policy, the pupil’s IHP, training and agreed procedures. Any activity falling outside normal arrangements must be checked with the Headteacher and relevant Trust officers before it takes place.</w:t>
      </w:r>
    </w:p>
    <w:p w14:paraId="3E3612EA" w14:textId="77777777" w:rsidR="00F9583A" w:rsidRDefault="001D3E8F">
      <w:pPr>
        <w:pStyle w:val="Heading1"/>
      </w:pPr>
      <w:r>
        <w:t>19. Unacceptable practice</w:t>
      </w:r>
    </w:p>
    <w:p w14:paraId="3B80656A" w14:textId="77777777" w:rsidR="00F9583A" w:rsidRDefault="001D3E8F">
      <w:pPr>
        <w:spacing w:after="100" w:line="252" w:lineRule="auto"/>
      </w:pPr>
      <w:r>
        <w:t>Although each case must be considered individually, it is not acceptable to:</w:t>
      </w:r>
    </w:p>
    <w:p w14:paraId="47BF5525" w14:textId="77777777" w:rsidR="00F9583A" w:rsidRDefault="001D3E8F">
      <w:pPr>
        <w:pStyle w:val="ListBullet"/>
        <w:spacing w:after="60"/>
        <w:ind w:hanging="216"/>
      </w:pPr>
      <w:r>
        <w:t>prevent a pupil from easily accessing inhalers, emergency medicine or other medication when needed;</w:t>
      </w:r>
    </w:p>
    <w:p w14:paraId="12324AC7" w14:textId="77777777" w:rsidR="00F9583A" w:rsidRDefault="001D3E8F">
      <w:pPr>
        <w:pStyle w:val="ListBullet"/>
        <w:spacing w:after="60"/>
        <w:ind w:hanging="216"/>
      </w:pPr>
      <w:r>
        <w:t>assume that pupils with the same condition need the same support;</w:t>
      </w:r>
    </w:p>
    <w:p w14:paraId="2E6B8212" w14:textId="77777777" w:rsidR="00F9583A" w:rsidRDefault="001D3E8F">
      <w:pPr>
        <w:pStyle w:val="ListBullet"/>
        <w:spacing w:after="60"/>
        <w:ind w:hanging="216"/>
      </w:pPr>
      <w:r>
        <w:lastRenderedPageBreak/>
        <w:t>ignore the views of the pupil or parent or carer, or disregard clinical evidence without proper consideration;</w:t>
      </w:r>
    </w:p>
    <w:p w14:paraId="6D69B4D8" w14:textId="77777777" w:rsidR="00F9583A" w:rsidRDefault="001D3E8F">
      <w:pPr>
        <w:pStyle w:val="ListBullet"/>
        <w:spacing w:after="60"/>
        <w:ind w:hanging="216"/>
      </w:pPr>
      <w:r>
        <w:t>send a pupil with a medical condition home frequently or exclude them from normal activities unless this is set out in the IHP or supported by proportionate clinical advice;</w:t>
      </w:r>
    </w:p>
    <w:p w14:paraId="0B4BA72D" w14:textId="77777777" w:rsidR="00F9583A" w:rsidRDefault="001D3E8F">
      <w:pPr>
        <w:pStyle w:val="ListBullet"/>
        <w:spacing w:after="60"/>
        <w:ind w:hanging="216"/>
      </w:pPr>
      <w:r>
        <w:t>send an unwell pupil to an office or medical room unaccompanied or with an unsuitable person;</w:t>
      </w:r>
    </w:p>
    <w:p w14:paraId="7059219E" w14:textId="77777777" w:rsidR="00F9583A" w:rsidRDefault="001D3E8F">
      <w:pPr>
        <w:pStyle w:val="ListBullet"/>
        <w:spacing w:after="60"/>
        <w:ind w:hanging="216"/>
      </w:pPr>
      <w:r>
        <w:t>penalise a pupil for attendance affected by their medical condition;</w:t>
      </w:r>
    </w:p>
    <w:p w14:paraId="266B940D" w14:textId="77777777" w:rsidR="00F9583A" w:rsidRDefault="001D3E8F">
      <w:pPr>
        <w:pStyle w:val="ListBullet"/>
        <w:spacing w:after="60"/>
        <w:ind w:hanging="216"/>
      </w:pPr>
      <w:r>
        <w:t>prevent access to food, drink, toilet breaks, rest, movement or other adjustments needed to manage a condition;</w:t>
      </w:r>
    </w:p>
    <w:p w14:paraId="081B6EB3" w14:textId="77777777" w:rsidR="00F9583A" w:rsidRDefault="001D3E8F">
      <w:pPr>
        <w:pStyle w:val="ListBullet"/>
        <w:spacing w:after="60"/>
        <w:ind w:hanging="216"/>
      </w:pPr>
      <w:r>
        <w:t>require parents or carers to attend the academy to provide routine medical support that the academy is responsible for arranging;</w:t>
      </w:r>
    </w:p>
    <w:p w14:paraId="1F727071" w14:textId="77777777" w:rsidR="00F9583A" w:rsidRDefault="001D3E8F">
      <w:pPr>
        <w:pStyle w:val="ListBullet"/>
        <w:spacing w:after="60"/>
        <w:ind w:hanging="216"/>
      </w:pPr>
      <w:r>
        <w:t>create unnecessary barriers to trips, sport, enrichment or other aspects of academy life, including routinely requiring a parent or carer to accompany the pupil;</w:t>
      </w:r>
    </w:p>
    <w:p w14:paraId="0450675C" w14:textId="77777777" w:rsidR="00F9583A" w:rsidRDefault="001D3E8F">
      <w:pPr>
        <w:pStyle w:val="ListBullet"/>
        <w:spacing w:after="60"/>
        <w:ind w:hanging="216"/>
      </w:pPr>
      <w:r>
        <w:t>delay emergency treatment while trying to contact a parent or carer.</w:t>
      </w:r>
    </w:p>
    <w:p w14:paraId="1B99F2C4" w14:textId="77777777" w:rsidR="00F9583A" w:rsidRDefault="001D3E8F">
      <w:pPr>
        <w:pStyle w:val="Heading1"/>
      </w:pPr>
      <w:r>
        <w:t>20. Complaints</w:t>
      </w:r>
    </w:p>
    <w:p w14:paraId="7C030179" w14:textId="77777777" w:rsidR="00F9583A" w:rsidRDefault="001D3E8F">
      <w:pPr>
        <w:spacing w:after="100" w:line="252" w:lineRule="auto"/>
      </w:pPr>
      <w:r>
        <w:t>Concerns should normally be raised first with the relevant Head of School or Head of Site so that they can be addressed promptly. If the matter is not resolved, it should be referred to the Headteacher. Formal complaints will be considered under the Trust Complaints Policy. A complaint does not prevent the academy from taking immediate action to safeguard a pupil or address an urgent medical risk.</w:t>
      </w:r>
    </w:p>
    <w:p w14:paraId="1A5C689C" w14:textId="77777777" w:rsidR="00F9583A" w:rsidRDefault="001D3E8F">
      <w:pPr>
        <w:pStyle w:val="Heading1"/>
      </w:pPr>
      <w:r>
        <w:t>21. Monitoring and review</w:t>
      </w:r>
    </w:p>
    <w:p w14:paraId="6625E0A4" w14:textId="77777777" w:rsidR="00F9583A" w:rsidRDefault="001D3E8F">
      <w:pPr>
        <w:spacing w:after="100" w:line="252" w:lineRule="auto"/>
      </w:pPr>
      <w:r>
        <w:t>The Headteacher will ensure that this policy is reviewed annually and sooner following a serious incident, significant near miss, change in statutory guidance or identified weakness in implementation. Local checks will include IHP completion and review, training, medicine records, expiry checks, emergency device access, allergy controls, trips and incident learning.</w:t>
      </w:r>
    </w:p>
    <w:p w14:paraId="5627E7B7" w14:textId="77777777" w:rsidR="00F9583A" w:rsidRDefault="001D3E8F">
      <w:r>
        <w:br w:type="page"/>
      </w:r>
    </w:p>
    <w:p w14:paraId="53F14626" w14:textId="77777777" w:rsidR="00F9583A" w:rsidRDefault="001D3E8F">
      <w:pPr>
        <w:pStyle w:val="Heading1"/>
      </w:pPr>
      <w:r>
        <w:lastRenderedPageBreak/>
        <w:t>Annex A: Model process for developing an individual healthcare plan</w:t>
      </w:r>
    </w:p>
    <w:tbl>
      <w:tblPr>
        <w:tblStyle w:val="TableGrid"/>
        <w:tblW w:w="0" w:type="auto"/>
        <w:jc w:val="center"/>
        <w:tblLook w:val="04A0" w:firstRow="1" w:lastRow="0" w:firstColumn="1" w:lastColumn="0" w:noHBand="0" w:noVBand="1"/>
      </w:tblPr>
      <w:tblGrid>
        <w:gridCol w:w="864"/>
        <w:gridCol w:w="9216"/>
      </w:tblGrid>
      <w:tr w:rsidR="00F9583A" w14:paraId="7BE05A91" w14:textId="77777777">
        <w:trPr>
          <w:jc w:val="center"/>
        </w:trPr>
        <w:tc>
          <w:tcPr>
            <w:tcW w:w="864" w:type="dxa"/>
            <w:shd w:val="clear" w:color="auto" w:fill="104F75"/>
            <w:tcMar>
              <w:top w:w="90" w:type="dxa"/>
              <w:left w:w="100" w:type="dxa"/>
              <w:bottom w:w="90" w:type="dxa"/>
              <w:right w:w="100" w:type="dxa"/>
            </w:tcMar>
            <w:vAlign w:val="center"/>
          </w:tcPr>
          <w:p w14:paraId="6A1D0482" w14:textId="77777777" w:rsidR="00F9583A" w:rsidRDefault="001D3E8F">
            <w:pPr>
              <w:jc w:val="center"/>
            </w:pPr>
            <w:r>
              <w:rPr>
                <w:b/>
                <w:color w:val="FFFFFF"/>
                <w:sz w:val="24"/>
              </w:rPr>
              <w:t>1</w:t>
            </w:r>
          </w:p>
        </w:tc>
        <w:tc>
          <w:tcPr>
            <w:tcW w:w="9216" w:type="dxa"/>
            <w:tcMar>
              <w:top w:w="90" w:type="dxa"/>
              <w:left w:w="100" w:type="dxa"/>
              <w:bottom w:w="90" w:type="dxa"/>
              <w:right w:w="100" w:type="dxa"/>
            </w:tcMar>
            <w:vAlign w:val="center"/>
          </w:tcPr>
          <w:p w14:paraId="7642CDDC" w14:textId="77777777" w:rsidR="00F9583A" w:rsidRDefault="001D3E8F">
            <w:r>
              <w:t>Parent, carer or healthcare professional notifies the academy of a new diagnosis, admission, return after prolonged absence or change in need.</w:t>
            </w:r>
          </w:p>
        </w:tc>
      </w:tr>
    </w:tbl>
    <w:p w14:paraId="68FF715F" w14:textId="77777777" w:rsidR="00F9583A" w:rsidRDefault="001D3E8F">
      <w:pPr>
        <w:jc w:val="center"/>
      </w:pPr>
      <w:r>
        <w:t>↓</w:t>
      </w:r>
    </w:p>
    <w:tbl>
      <w:tblPr>
        <w:tblStyle w:val="TableGrid"/>
        <w:tblW w:w="0" w:type="auto"/>
        <w:jc w:val="center"/>
        <w:tblLook w:val="04A0" w:firstRow="1" w:lastRow="0" w:firstColumn="1" w:lastColumn="0" w:noHBand="0" w:noVBand="1"/>
      </w:tblPr>
      <w:tblGrid>
        <w:gridCol w:w="864"/>
        <w:gridCol w:w="9216"/>
      </w:tblGrid>
      <w:tr w:rsidR="00F9583A" w14:paraId="6DD65A0D" w14:textId="77777777">
        <w:trPr>
          <w:jc w:val="center"/>
        </w:trPr>
        <w:tc>
          <w:tcPr>
            <w:tcW w:w="864" w:type="dxa"/>
            <w:shd w:val="clear" w:color="auto" w:fill="104F75"/>
            <w:tcMar>
              <w:top w:w="90" w:type="dxa"/>
              <w:left w:w="100" w:type="dxa"/>
              <w:bottom w:w="90" w:type="dxa"/>
              <w:right w:w="100" w:type="dxa"/>
            </w:tcMar>
            <w:vAlign w:val="center"/>
          </w:tcPr>
          <w:p w14:paraId="2AAD3DBA" w14:textId="77777777" w:rsidR="00F9583A" w:rsidRDefault="001D3E8F">
            <w:pPr>
              <w:jc w:val="center"/>
            </w:pPr>
            <w:r>
              <w:rPr>
                <w:b/>
                <w:color w:val="FFFFFF"/>
                <w:sz w:val="24"/>
              </w:rPr>
              <w:t>2</w:t>
            </w:r>
          </w:p>
        </w:tc>
        <w:tc>
          <w:tcPr>
            <w:tcW w:w="9216" w:type="dxa"/>
            <w:tcMar>
              <w:top w:w="90" w:type="dxa"/>
              <w:left w:w="100" w:type="dxa"/>
              <w:bottom w:w="90" w:type="dxa"/>
              <w:right w:w="100" w:type="dxa"/>
            </w:tcMar>
            <w:vAlign w:val="center"/>
          </w:tcPr>
          <w:p w14:paraId="5325D7D8" w14:textId="77777777" w:rsidR="00F9583A" w:rsidRDefault="001D3E8F">
            <w:r>
              <w:t>Head of School or Head of Site gathers available information, assesses immediate risk and puts interim arrangements in place where needed.</w:t>
            </w:r>
          </w:p>
        </w:tc>
      </w:tr>
    </w:tbl>
    <w:p w14:paraId="534983BB" w14:textId="77777777" w:rsidR="00F9583A" w:rsidRDefault="001D3E8F">
      <w:pPr>
        <w:jc w:val="center"/>
      </w:pPr>
      <w:r>
        <w:t>↓</w:t>
      </w:r>
    </w:p>
    <w:tbl>
      <w:tblPr>
        <w:tblStyle w:val="TableGrid"/>
        <w:tblW w:w="0" w:type="auto"/>
        <w:jc w:val="center"/>
        <w:tblLook w:val="04A0" w:firstRow="1" w:lastRow="0" w:firstColumn="1" w:lastColumn="0" w:noHBand="0" w:noVBand="1"/>
      </w:tblPr>
      <w:tblGrid>
        <w:gridCol w:w="864"/>
        <w:gridCol w:w="9216"/>
      </w:tblGrid>
      <w:tr w:rsidR="00F9583A" w14:paraId="55BED267" w14:textId="77777777">
        <w:trPr>
          <w:jc w:val="center"/>
        </w:trPr>
        <w:tc>
          <w:tcPr>
            <w:tcW w:w="864" w:type="dxa"/>
            <w:shd w:val="clear" w:color="auto" w:fill="104F75"/>
            <w:tcMar>
              <w:top w:w="90" w:type="dxa"/>
              <w:left w:w="100" w:type="dxa"/>
              <w:bottom w:w="90" w:type="dxa"/>
              <w:right w:w="100" w:type="dxa"/>
            </w:tcMar>
            <w:vAlign w:val="center"/>
          </w:tcPr>
          <w:p w14:paraId="464F8310" w14:textId="77777777" w:rsidR="00F9583A" w:rsidRDefault="001D3E8F">
            <w:pPr>
              <w:jc w:val="center"/>
            </w:pPr>
            <w:r>
              <w:rPr>
                <w:b/>
                <w:color w:val="FFFFFF"/>
                <w:sz w:val="24"/>
              </w:rPr>
              <w:t>3</w:t>
            </w:r>
          </w:p>
        </w:tc>
        <w:tc>
          <w:tcPr>
            <w:tcW w:w="9216" w:type="dxa"/>
            <w:tcMar>
              <w:top w:w="90" w:type="dxa"/>
              <w:left w:w="100" w:type="dxa"/>
              <w:bottom w:w="90" w:type="dxa"/>
              <w:right w:w="100" w:type="dxa"/>
            </w:tcMar>
            <w:vAlign w:val="center"/>
          </w:tcPr>
          <w:p w14:paraId="7363C664" w14:textId="77777777" w:rsidR="00F9583A" w:rsidRDefault="001D3E8F">
            <w:r>
              <w:t>SENDCo coordinates discussion with the pupil, parent or carer, relevant staff and healthcare professional to decide whether an IHP is required.</w:t>
            </w:r>
          </w:p>
        </w:tc>
      </w:tr>
    </w:tbl>
    <w:p w14:paraId="149A9ECD" w14:textId="77777777" w:rsidR="00F9583A" w:rsidRDefault="001D3E8F">
      <w:pPr>
        <w:jc w:val="center"/>
      </w:pPr>
      <w:r>
        <w:t>↓</w:t>
      </w:r>
    </w:p>
    <w:tbl>
      <w:tblPr>
        <w:tblStyle w:val="TableGrid"/>
        <w:tblW w:w="0" w:type="auto"/>
        <w:jc w:val="center"/>
        <w:tblLook w:val="04A0" w:firstRow="1" w:lastRow="0" w:firstColumn="1" w:lastColumn="0" w:noHBand="0" w:noVBand="1"/>
      </w:tblPr>
      <w:tblGrid>
        <w:gridCol w:w="864"/>
        <w:gridCol w:w="9216"/>
      </w:tblGrid>
      <w:tr w:rsidR="00F9583A" w14:paraId="738BEB1D" w14:textId="77777777">
        <w:trPr>
          <w:jc w:val="center"/>
        </w:trPr>
        <w:tc>
          <w:tcPr>
            <w:tcW w:w="864" w:type="dxa"/>
            <w:shd w:val="clear" w:color="auto" w:fill="104F75"/>
            <w:tcMar>
              <w:top w:w="90" w:type="dxa"/>
              <w:left w:w="100" w:type="dxa"/>
              <w:bottom w:w="90" w:type="dxa"/>
              <w:right w:w="100" w:type="dxa"/>
            </w:tcMar>
            <w:vAlign w:val="center"/>
          </w:tcPr>
          <w:p w14:paraId="0ACAC8BC" w14:textId="77777777" w:rsidR="00F9583A" w:rsidRDefault="001D3E8F">
            <w:pPr>
              <w:jc w:val="center"/>
            </w:pPr>
            <w:r>
              <w:rPr>
                <w:b/>
                <w:color w:val="FFFFFF"/>
                <w:sz w:val="24"/>
              </w:rPr>
              <w:t>4</w:t>
            </w:r>
          </w:p>
        </w:tc>
        <w:tc>
          <w:tcPr>
            <w:tcW w:w="9216" w:type="dxa"/>
            <w:tcMar>
              <w:top w:w="90" w:type="dxa"/>
              <w:left w:w="100" w:type="dxa"/>
              <w:bottom w:w="90" w:type="dxa"/>
              <w:right w:w="100" w:type="dxa"/>
            </w:tcMar>
            <w:vAlign w:val="center"/>
          </w:tcPr>
          <w:p w14:paraId="208398DC" w14:textId="77777777" w:rsidR="00F9583A" w:rsidRDefault="001D3E8F">
            <w:r>
              <w:t>The IHP is written in partnership, with clear support, emergency action, training, information-sharing and review arrangements.</w:t>
            </w:r>
          </w:p>
        </w:tc>
      </w:tr>
    </w:tbl>
    <w:p w14:paraId="59C7A468" w14:textId="77777777" w:rsidR="00F9583A" w:rsidRDefault="001D3E8F">
      <w:pPr>
        <w:jc w:val="center"/>
      </w:pPr>
      <w:r>
        <w:t>↓</w:t>
      </w:r>
    </w:p>
    <w:tbl>
      <w:tblPr>
        <w:tblStyle w:val="TableGrid"/>
        <w:tblW w:w="0" w:type="auto"/>
        <w:jc w:val="center"/>
        <w:tblLook w:val="04A0" w:firstRow="1" w:lastRow="0" w:firstColumn="1" w:lastColumn="0" w:noHBand="0" w:noVBand="1"/>
      </w:tblPr>
      <w:tblGrid>
        <w:gridCol w:w="864"/>
        <w:gridCol w:w="9216"/>
      </w:tblGrid>
      <w:tr w:rsidR="00F9583A" w14:paraId="06C40FDF" w14:textId="77777777">
        <w:trPr>
          <w:jc w:val="center"/>
        </w:trPr>
        <w:tc>
          <w:tcPr>
            <w:tcW w:w="864" w:type="dxa"/>
            <w:shd w:val="clear" w:color="auto" w:fill="104F75"/>
            <w:tcMar>
              <w:top w:w="90" w:type="dxa"/>
              <w:left w:w="100" w:type="dxa"/>
              <w:bottom w:w="90" w:type="dxa"/>
              <w:right w:w="100" w:type="dxa"/>
            </w:tcMar>
            <w:vAlign w:val="center"/>
          </w:tcPr>
          <w:p w14:paraId="5AFB00C6" w14:textId="77777777" w:rsidR="00F9583A" w:rsidRDefault="001D3E8F">
            <w:pPr>
              <w:jc w:val="center"/>
            </w:pPr>
            <w:r>
              <w:rPr>
                <w:b/>
                <w:color w:val="FFFFFF"/>
                <w:sz w:val="24"/>
              </w:rPr>
              <w:t>5</w:t>
            </w:r>
          </w:p>
        </w:tc>
        <w:tc>
          <w:tcPr>
            <w:tcW w:w="9216" w:type="dxa"/>
            <w:tcMar>
              <w:top w:w="90" w:type="dxa"/>
              <w:left w:w="100" w:type="dxa"/>
              <w:bottom w:w="90" w:type="dxa"/>
              <w:right w:w="100" w:type="dxa"/>
            </w:tcMar>
            <w:vAlign w:val="center"/>
          </w:tcPr>
          <w:p w14:paraId="6A598158" w14:textId="77777777" w:rsidR="00F9583A" w:rsidRDefault="001D3E8F">
            <w:r>
              <w:t>Relevant staff receive information and training. Competence is confirmed where a healthcare procedure is required.</w:t>
            </w:r>
          </w:p>
        </w:tc>
      </w:tr>
    </w:tbl>
    <w:p w14:paraId="2AA19E01" w14:textId="77777777" w:rsidR="00F9583A" w:rsidRDefault="001D3E8F">
      <w:pPr>
        <w:jc w:val="center"/>
      </w:pPr>
      <w:r>
        <w:t>↓</w:t>
      </w:r>
    </w:p>
    <w:tbl>
      <w:tblPr>
        <w:tblStyle w:val="TableGrid"/>
        <w:tblW w:w="0" w:type="auto"/>
        <w:jc w:val="center"/>
        <w:tblLook w:val="04A0" w:firstRow="1" w:lastRow="0" w:firstColumn="1" w:lastColumn="0" w:noHBand="0" w:noVBand="1"/>
      </w:tblPr>
      <w:tblGrid>
        <w:gridCol w:w="864"/>
        <w:gridCol w:w="9216"/>
      </w:tblGrid>
      <w:tr w:rsidR="00F9583A" w14:paraId="51CE0CE7" w14:textId="77777777">
        <w:trPr>
          <w:jc w:val="center"/>
        </w:trPr>
        <w:tc>
          <w:tcPr>
            <w:tcW w:w="864" w:type="dxa"/>
            <w:shd w:val="clear" w:color="auto" w:fill="104F75"/>
            <w:tcMar>
              <w:top w:w="90" w:type="dxa"/>
              <w:left w:w="100" w:type="dxa"/>
              <w:bottom w:w="90" w:type="dxa"/>
              <w:right w:w="100" w:type="dxa"/>
            </w:tcMar>
            <w:vAlign w:val="center"/>
          </w:tcPr>
          <w:p w14:paraId="1537447D" w14:textId="77777777" w:rsidR="00F9583A" w:rsidRDefault="001D3E8F">
            <w:pPr>
              <w:jc w:val="center"/>
            </w:pPr>
            <w:r>
              <w:rPr>
                <w:b/>
                <w:color w:val="FFFFFF"/>
                <w:sz w:val="24"/>
              </w:rPr>
              <w:t>6</w:t>
            </w:r>
          </w:p>
        </w:tc>
        <w:tc>
          <w:tcPr>
            <w:tcW w:w="9216" w:type="dxa"/>
            <w:tcMar>
              <w:top w:w="90" w:type="dxa"/>
              <w:left w:w="100" w:type="dxa"/>
              <w:bottom w:w="90" w:type="dxa"/>
              <w:right w:w="100" w:type="dxa"/>
            </w:tcMar>
            <w:vAlign w:val="center"/>
          </w:tcPr>
          <w:p w14:paraId="044B24C3" w14:textId="77777777" w:rsidR="00F9583A" w:rsidRDefault="001D3E8F">
            <w:r>
              <w:t>The IHP is approved, securely stored, shared with staff who need it and implemented.</w:t>
            </w:r>
          </w:p>
        </w:tc>
      </w:tr>
    </w:tbl>
    <w:p w14:paraId="68D1DF5E" w14:textId="77777777" w:rsidR="00F9583A" w:rsidRDefault="001D3E8F">
      <w:pPr>
        <w:jc w:val="center"/>
      </w:pPr>
      <w:r>
        <w:t>↓</w:t>
      </w:r>
    </w:p>
    <w:tbl>
      <w:tblPr>
        <w:tblStyle w:val="TableGrid"/>
        <w:tblW w:w="0" w:type="auto"/>
        <w:jc w:val="center"/>
        <w:tblLook w:val="04A0" w:firstRow="1" w:lastRow="0" w:firstColumn="1" w:lastColumn="0" w:noHBand="0" w:noVBand="1"/>
      </w:tblPr>
      <w:tblGrid>
        <w:gridCol w:w="864"/>
        <w:gridCol w:w="9216"/>
      </w:tblGrid>
      <w:tr w:rsidR="00F9583A" w14:paraId="6FD07DD1" w14:textId="77777777">
        <w:trPr>
          <w:jc w:val="center"/>
        </w:trPr>
        <w:tc>
          <w:tcPr>
            <w:tcW w:w="864" w:type="dxa"/>
            <w:shd w:val="clear" w:color="auto" w:fill="104F75"/>
            <w:tcMar>
              <w:top w:w="90" w:type="dxa"/>
              <w:left w:w="100" w:type="dxa"/>
              <w:bottom w:w="90" w:type="dxa"/>
              <w:right w:w="100" w:type="dxa"/>
            </w:tcMar>
            <w:vAlign w:val="center"/>
          </w:tcPr>
          <w:p w14:paraId="5673171A" w14:textId="77777777" w:rsidR="00F9583A" w:rsidRDefault="001D3E8F">
            <w:pPr>
              <w:jc w:val="center"/>
            </w:pPr>
            <w:r>
              <w:rPr>
                <w:b/>
                <w:color w:val="FFFFFF"/>
                <w:sz w:val="24"/>
              </w:rPr>
              <w:t>7</w:t>
            </w:r>
          </w:p>
        </w:tc>
        <w:tc>
          <w:tcPr>
            <w:tcW w:w="9216" w:type="dxa"/>
            <w:tcMar>
              <w:top w:w="90" w:type="dxa"/>
              <w:left w:w="100" w:type="dxa"/>
              <w:bottom w:w="90" w:type="dxa"/>
              <w:right w:w="100" w:type="dxa"/>
            </w:tcMar>
            <w:vAlign w:val="center"/>
          </w:tcPr>
          <w:p w14:paraId="184A2740" w14:textId="724425E6" w:rsidR="00F9583A" w:rsidRDefault="001D3E8F">
            <w:r>
              <w:t>The plan is reviewed at least annually and earlier when needs change or following an incident or near miss</w:t>
            </w:r>
            <w:r w:rsidR="00BF1F6D">
              <w:t xml:space="preserve"> or when a student transitions back to their home school/to a new department within Horizons</w:t>
            </w:r>
          </w:p>
        </w:tc>
      </w:tr>
    </w:tbl>
    <w:p w14:paraId="2C77A447" w14:textId="77777777" w:rsidR="00F9583A" w:rsidRDefault="001D3E8F">
      <w:pPr>
        <w:jc w:val="center"/>
      </w:pPr>
      <w:r>
        <w:t>↓</w:t>
      </w:r>
    </w:p>
    <w:p w14:paraId="04E5FA42" w14:textId="77777777" w:rsidR="00F9583A" w:rsidRDefault="001D3E8F">
      <w:r>
        <w:br w:type="page"/>
      </w:r>
    </w:p>
    <w:p w14:paraId="05BE6DE1" w14:textId="77777777" w:rsidR="00F9583A" w:rsidRDefault="001D3E8F">
      <w:pPr>
        <w:pStyle w:val="Heading2"/>
      </w:pPr>
      <w:r>
        <w:lastRenderedPageBreak/>
        <w:t>Template A: Individual healthcare plan</w:t>
      </w:r>
    </w:p>
    <w:tbl>
      <w:tblPr>
        <w:tblStyle w:val="TableGrid"/>
        <w:tblW w:w="0" w:type="auto"/>
        <w:jc w:val="center"/>
        <w:tblLook w:val="04A0" w:firstRow="1" w:lastRow="0" w:firstColumn="1" w:lastColumn="0" w:noHBand="0" w:noVBand="1"/>
      </w:tblPr>
      <w:tblGrid>
        <w:gridCol w:w="3456"/>
        <w:gridCol w:w="6623"/>
      </w:tblGrid>
      <w:tr w:rsidR="00F9583A" w14:paraId="527A66D4" w14:textId="77777777">
        <w:trPr>
          <w:jc w:val="center"/>
        </w:trPr>
        <w:tc>
          <w:tcPr>
            <w:tcW w:w="3456" w:type="dxa"/>
            <w:shd w:val="clear" w:color="auto" w:fill="DCE6F1"/>
            <w:tcMar>
              <w:top w:w="90" w:type="dxa"/>
              <w:left w:w="100" w:type="dxa"/>
              <w:bottom w:w="90" w:type="dxa"/>
              <w:right w:w="100" w:type="dxa"/>
            </w:tcMar>
            <w:vAlign w:val="center"/>
          </w:tcPr>
          <w:p w14:paraId="7589F12E" w14:textId="77777777" w:rsidR="00F9583A" w:rsidRDefault="001D3E8F">
            <w:r>
              <w:rPr>
                <w:b/>
                <w:sz w:val="18"/>
              </w:rPr>
              <w:t>Name of academy/setting</w:t>
            </w:r>
          </w:p>
        </w:tc>
        <w:tc>
          <w:tcPr>
            <w:tcW w:w="6623" w:type="dxa"/>
            <w:tcMar>
              <w:top w:w="90" w:type="dxa"/>
              <w:left w:w="100" w:type="dxa"/>
              <w:bottom w:w="90" w:type="dxa"/>
              <w:right w:w="100" w:type="dxa"/>
            </w:tcMar>
            <w:vAlign w:val="center"/>
          </w:tcPr>
          <w:p w14:paraId="47F66480" w14:textId="53697B54" w:rsidR="00F9583A" w:rsidRDefault="00642D81">
            <w:r>
              <w:rPr>
                <w:sz w:val="18"/>
              </w:rPr>
              <w:t>Horizons</w:t>
            </w:r>
            <w:r w:rsidR="001D3E8F">
              <w:rPr>
                <w:sz w:val="18"/>
              </w:rPr>
              <w:t xml:space="preserve"> Academy</w:t>
            </w:r>
          </w:p>
        </w:tc>
      </w:tr>
      <w:tr w:rsidR="00F9583A" w14:paraId="0825DDB1" w14:textId="77777777">
        <w:trPr>
          <w:jc w:val="center"/>
        </w:trPr>
        <w:tc>
          <w:tcPr>
            <w:tcW w:w="3456" w:type="dxa"/>
            <w:shd w:val="clear" w:color="auto" w:fill="DCE6F1"/>
            <w:tcMar>
              <w:top w:w="90" w:type="dxa"/>
              <w:left w:w="100" w:type="dxa"/>
              <w:bottom w:w="90" w:type="dxa"/>
              <w:right w:w="100" w:type="dxa"/>
            </w:tcMar>
            <w:vAlign w:val="center"/>
          </w:tcPr>
          <w:p w14:paraId="3CC7B52C" w14:textId="77777777" w:rsidR="00F9583A" w:rsidRDefault="001D3E8F">
            <w:r>
              <w:rPr>
                <w:b/>
                <w:sz w:val="18"/>
              </w:rPr>
              <w:t>Pupil’s name</w:t>
            </w:r>
          </w:p>
        </w:tc>
        <w:tc>
          <w:tcPr>
            <w:tcW w:w="6623" w:type="dxa"/>
            <w:tcMar>
              <w:top w:w="90" w:type="dxa"/>
              <w:left w:w="100" w:type="dxa"/>
              <w:bottom w:w="90" w:type="dxa"/>
              <w:right w:w="100" w:type="dxa"/>
            </w:tcMar>
            <w:vAlign w:val="center"/>
          </w:tcPr>
          <w:p w14:paraId="547E30E0" w14:textId="77777777" w:rsidR="00F9583A" w:rsidRDefault="00F9583A"/>
        </w:tc>
      </w:tr>
      <w:tr w:rsidR="00F9583A" w14:paraId="4158D25E" w14:textId="77777777">
        <w:trPr>
          <w:jc w:val="center"/>
        </w:trPr>
        <w:tc>
          <w:tcPr>
            <w:tcW w:w="3456" w:type="dxa"/>
            <w:shd w:val="clear" w:color="auto" w:fill="DCE6F1"/>
            <w:tcMar>
              <w:top w:w="90" w:type="dxa"/>
              <w:left w:w="100" w:type="dxa"/>
              <w:bottom w:w="90" w:type="dxa"/>
              <w:right w:w="100" w:type="dxa"/>
            </w:tcMar>
            <w:vAlign w:val="center"/>
          </w:tcPr>
          <w:p w14:paraId="2FB67A63" w14:textId="77777777" w:rsidR="00F9583A" w:rsidRDefault="001D3E8F">
            <w:r>
              <w:rPr>
                <w:b/>
                <w:sz w:val="18"/>
              </w:rPr>
              <w:t>Group/class/form</w:t>
            </w:r>
          </w:p>
        </w:tc>
        <w:tc>
          <w:tcPr>
            <w:tcW w:w="6623" w:type="dxa"/>
            <w:tcMar>
              <w:top w:w="90" w:type="dxa"/>
              <w:left w:w="100" w:type="dxa"/>
              <w:bottom w:w="90" w:type="dxa"/>
              <w:right w:w="100" w:type="dxa"/>
            </w:tcMar>
            <w:vAlign w:val="center"/>
          </w:tcPr>
          <w:p w14:paraId="0681EC74" w14:textId="77777777" w:rsidR="00F9583A" w:rsidRDefault="00F9583A"/>
        </w:tc>
      </w:tr>
      <w:tr w:rsidR="00F9583A" w14:paraId="4EE1E5B7" w14:textId="77777777">
        <w:trPr>
          <w:jc w:val="center"/>
        </w:trPr>
        <w:tc>
          <w:tcPr>
            <w:tcW w:w="3456" w:type="dxa"/>
            <w:shd w:val="clear" w:color="auto" w:fill="DCE6F1"/>
            <w:tcMar>
              <w:top w:w="90" w:type="dxa"/>
              <w:left w:w="100" w:type="dxa"/>
              <w:bottom w:w="90" w:type="dxa"/>
              <w:right w:w="100" w:type="dxa"/>
            </w:tcMar>
            <w:vAlign w:val="center"/>
          </w:tcPr>
          <w:p w14:paraId="078B2AC8" w14:textId="77777777" w:rsidR="00F9583A" w:rsidRDefault="001D3E8F">
            <w:r>
              <w:rPr>
                <w:b/>
                <w:sz w:val="18"/>
              </w:rPr>
              <w:t>Date of birth</w:t>
            </w:r>
          </w:p>
        </w:tc>
        <w:tc>
          <w:tcPr>
            <w:tcW w:w="6623" w:type="dxa"/>
            <w:tcMar>
              <w:top w:w="90" w:type="dxa"/>
              <w:left w:w="100" w:type="dxa"/>
              <w:bottom w:w="90" w:type="dxa"/>
              <w:right w:w="100" w:type="dxa"/>
            </w:tcMar>
            <w:vAlign w:val="center"/>
          </w:tcPr>
          <w:p w14:paraId="00F4EAD7" w14:textId="77777777" w:rsidR="00F9583A" w:rsidRDefault="00F9583A"/>
        </w:tc>
      </w:tr>
      <w:tr w:rsidR="00F9583A" w14:paraId="576D2E6F" w14:textId="77777777">
        <w:trPr>
          <w:jc w:val="center"/>
        </w:trPr>
        <w:tc>
          <w:tcPr>
            <w:tcW w:w="3456" w:type="dxa"/>
            <w:shd w:val="clear" w:color="auto" w:fill="DCE6F1"/>
            <w:tcMar>
              <w:top w:w="90" w:type="dxa"/>
              <w:left w:w="100" w:type="dxa"/>
              <w:bottom w:w="90" w:type="dxa"/>
              <w:right w:w="100" w:type="dxa"/>
            </w:tcMar>
            <w:vAlign w:val="center"/>
          </w:tcPr>
          <w:p w14:paraId="4B366C61" w14:textId="77777777" w:rsidR="00F9583A" w:rsidRDefault="001D3E8F">
            <w:r>
              <w:rPr>
                <w:b/>
                <w:sz w:val="18"/>
              </w:rPr>
              <w:t>Address</w:t>
            </w:r>
          </w:p>
        </w:tc>
        <w:tc>
          <w:tcPr>
            <w:tcW w:w="6623" w:type="dxa"/>
            <w:tcMar>
              <w:top w:w="90" w:type="dxa"/>
              <w:left w:w="100" w:type="dxa"/>
              <w:bottom w:w="90" w:type="dxa"/>
              <w:right w:w="100" w:type="dxa"/>
            </w:tcMar>
            <w:vAlign w:val="center"/>
          </w:tcPr>
          <w:p w14:paraId="01E8B4D0" w14:textId="77777777" w:rsidR="00F9583A" w:rsidRDefault="00F9583A"/>
        </w:tc>
      </w:tr>
      <w:tr w:rsidR="00F9583A" w14:paraId="1965AB56" w14:textId="77777777">
        <w:trPr>
          <w:jc w:val="center"/>
        </w:trPr>
        <w:tc>
          <w:tcPr>
            <w:tcW w:w="3456" w:type="dxa"/>
            <w:shd w:val="clear" w:color="auto" w:fill="DCE6F1"/>
            <w:tcMar>
              <w:top w:w="90" w:type="dxa"/>
              <w:left w:w="100" w:type="dxa"/>
              <w:bottom w:w="90" w:type="dxa"/>
              <w:right w:w="100" w:type="dxa"/>
            </w:tcMar>
            <w:vAlign w:val="center"/>
          </w:tcPr>
          <w:p w14:paraId="129B2BE0" w14:textId="77777777" w:rsidR="00F9583A" w:rsidRDefault="001D3E8F">
            <w:r>
              <w:rPr>
                <w:b/>
                <w:sz w:val="18"/>
              </w:rPr>
              <w:t>Medical diagnosis or condition</w:t>
            </w:r>
          </w:p>
        </w:tc>
        <w:tc>
          <w:tcPr>
            <w:tcW w:w="6623" w:type="dxa"/>
            <w:tcMar>
              <w:top w:w="90" w:type="dxa"/>
              <w:left w:w="100" w:type="dxa"/>
              <w:bottom w:w="90" w:type="dxa"/>
              <w:right w:w="100" w:type="dxa"/>
            </w:tcMar>
            <w:vAlign w:val="center"/>
          </w:tcPr>
          <w:p w14:paraId="65EEE8CB" w14:textId="77777777" w:rsidR="00F9583A" w:rsidRDefault="00F9583A"/>
        </w:tc>
      </w:tr>
      <w:tr w:rsidR="00F9583A" w14:paraId="03C0902F" w14:textId="77777777">
        <w:trPr>
          <w:jc w:val="center"/>
        </w:trPr>
        <w:tc>
          <w:tcPr>
            <w:tcW w:w="3456" w:type="dxa"/>
            <w:shd w:val="clear" w:color="auto" w:fill="DCE6F1"/>
            <w:tcMar>
              <w:top w:w="90" w:type="dxa"/>
              <w:left w:w="100" w:type="dxa"/>
              <w:bottom w:w="90" w:type="dxa"/>
              <w:right w:w="100" w:type="dxa"/>
            </w:tcMar>
            <w:vAlign w:val="center"/>
          </w:tcPr>
          <w:p w14:paraId="6C6AB1D2" w14:textId="77777777" w:rsidR="00F9583A" w:rsidRDefault="001D3E8F">
            <w:r>
              <w:rPr>
                <w:b/>
                <w:sz w:val="18"/>
              </w:rPr>
              <w:t>Plan date</w:t>
            </w:r>
          </w:p>
        </w:tc>
        <w:tc>
          <w:tcPr>
            <w:tcW w:w="6623" w:type="dxa"/>
            <w:tcMar>
              <w:top w:w="90" w:type="dxa"/>
              <w:left w:w="100" w:type="dxa"/>
              <w:bottom w:w="90" w:type="dxa"/>
              <w:right w:w="100" w:type="dxa"/>
            </w:tcMar>
            <w:vAlign w:val="center"/>
          </w:tcPr>
          <w:p w14:paraId="5434AC3D" w14:textId="77777777" w:rsidR="00F9583A" w:rsidRDefault="00F9583A"/>
        </w:tc>
      </w:tr>
      <w:tr w:rsidR="00F9583A" w14:paraId="267C599F" w14:textId="77777777">
        <w:trPr>
          <w:jc w:val="center"/>
        </w:trPr>
        <w:tc>
          <w:tcPr>
            <w:tcW w:w="3456" w:type="dxa"/>
            <w:shd w:val="clear" w:color="auto" w:fill="DCE6F1"/>
            <w:tcMar>
              <w:top w:w="90" w:type="dxa"/>
              <w:left w:w="100" w:type="dxa"/>
              <w:bottom w:w="90" w:type="dxa"/>
              <w:right w:w="100" w:type="dxa"/>
            </w:tcMar>
            <w:vAlign w:val="center"/>
          </w:tcPr>
          <w:p w14:paraId="0D67FD65" w14:textId="77777777" w:rsidR="00F9583A" w:rsidRDefault="001D3E8F">
            <w:r>
              <w:rPr>
                <w:b/>
                <w:sz w:val="18"/>
              </w:rPr>
              <w:t>Review date</w:t>
            </w:r>
          </w:p>
        </w:tc>
        <w:tc>
          <w:tcPr>
            <w:tcW w:w="6623" w:type="dxa"/>
            <w:tcMar>
              <w:top w:w="90" w:type="dxa"/>
              <w:left w:w="100" w:type="dxa"/>
              <w:bottom w:w="90" w:type="dxa"/>
              <w:right w:w="100" w:type="dxa"/>
            </w:tcMar>
            <w:vAlign w:val="center"/>
          </w:tcPr>
          <w:p w14:paraId="6970C682" w14:textId="77777777" w:rsidR="00F9583A" w:rsidRDefault="00F9583A"/>
        </w:tc>
      </w:tr>
    </w:tbl>
    <w:p w14:paraId="0B86EDED" w14:textId="77777777" w:rsidR="00F9583A" w:rsidRDefault="00F9583A">
      <w:pPr>
        <w:spacing w:after="20"/>
      </w:pPr>
    </w:p>
    <w:tbl>
      <w:tblPr>
        <w:tblStyle w:val="TableGrid"/>
        <w:tblW w:w="0" w:type="auto"/>
        <w:jc w:val="center"/>
        <w:tblLook w:val="04A0" w:firstRow="1" w:lastRow="0" w:firstColumn="1" w:lastColumn="0" w:noHBand="0" w:noVBand="1"/>
      </w:tblPr>
      <w:tblGrid>
        <w:gridCol w:w="3456"/>
        <w:gridCol w:w="6623"/>
      </w:tblGrid>
      <w:tr w:rsidR="00F9583A" w14:paraId="588020A5" w14:textId="77777777">
        <w:trPr>
          <w:jc w:val="center"/>
        </w:trPr>
        <w:tc>
          <w:tcPr>
            <w:tcW w:w="3456" w:type="dxa"/>
            <w:shd w:val="clear" w:color="auto" w:fill="DCE6F1"/>
            <w:tcMar>
              <w:top w:w="90" w:type="dxa"/>
              <w:left w:w="100" w:type="dxa"/>
              <w:bottom w:w="90" w:type="dxa"/>
              <w:right w:w="100" w:type="dxa"/>
            </w:tcMar>
            <w:vAlign w:val="center"/>
          </w:tcPr>
          <w:p w14:paraId="5262434F" w14:textId="77777777" w:rsidR="00F9583A" w:rsidRDefault="001D3E8F">
            <w:r>
              <w:rPr>
                <w:b/>
                <w:sz w:val="18"/>
              </w:rPr>
              <w:t>Family contact name</w:t>
            </w:r>
          </w:p>
        </w:tc>
        <w:tc>
          <w:tcPr>
            <w:tcW w:w="6623" w:type="dxa"/>
            <w:tcMar>
              <w:top w:w="90" w:type="dxa"/>
              <w:left w:w="100" w:type="dxa"/>
              <w:bottom w:w="90" w:type="dxa"/>
              <w:right w:w="100" w:type="dxa"/>
            </w:tcMar>
            <w:vAlign w:val="center"/>
          </w:tcPr>
          <w:p w14:paraId="1EBD1FF8" w14:textId="77777777" w:rsidR="00F9583A" w:rsidRDefault="00F9583A"/>
        </w:tc>
      </w:tr>
      <w:tr w:rsidR="00F9583A" w14:paraId="5DC23EA7" w14:textId="77777777">
        <w:trPr>
          <w:jc w:val="center"/>
        </w:trPr>
        <w:tc>
          <w:tcPr>
            <w:tcW w:w="3456" w:type="dxa"/>
            <w:shd w:val="clear" w:color="auto" w:fill="DCE6F1"/>
            <w:tcMar>
              <w:top w:w="90" w:type="dxa"/>
              <w:left w:w="100" w:type="dxa"/>
              <w:bottom w:w="90" w:type="dxa"/>
              <w:right w:w="100" w:type="dxa"/>
            </w:tcMar>
            <w:vAlign w:val="center"/>
          </w:tcPr>
          <w:p w14:paraId="46713295" w14:textId="77777777" w:rsidR="00F9583A" w:rsidRDefault="001D3E8F">
            <w:r>
              <w:rPr>
                <w:b/>
                <w:sz w:val="18"/>
              </w:rPr>
              <w:t>Relationship to pupil</w:t>
            </w:r>
          </w:p>
        </w:tc>
        <w:tc>
          <w:tcPr>
            <w:tcW w:w="6623" w:type="dxa"/>
            <w:tcMar>
              <w:top w:w="90" w:type="dxa"/>
              <w:left w:w="100" w:type="dxa"/>
              <w:bottom w:w="90" w:type="dxa"/>
              <w:right w:w="100" w:type="dxa"/>
            </w:tcMar>
            <w:vAlign w:val="center"/>
          </w:tcPr>
          <w:p w14:paraId="7FAE5365" w14:textId="77777777" w:rsidR="00F9583A" w:rsidRDefault="00F9583A"/>
        </w:tc>
      </w:tr>
      <w:tr w:rsidR="00F9583A" w14:paraId="1802008D" w14:textId="77777777">
        <w:trPr>
          <w:jc w:val="center"/>
        </w:trPr>
        <w:tc>
          <w:tcPr>
            <w:tcW w:w="3456" w:type="dxa"/>
            <w:shd w:val="clear" w:color="auto" w:fill="DCE6F1"/>
            <w:tcMar>
              <w:top w:w="90" w:type="dxa"/>
              <w:left w:w="100" w:type="dxa"/>
              <w:bottom w:w="90" w:type="dxa"/>
              <w:right w:w="100" w:type="dxa"/>
            </w:tcMar>
            <w:vAlign w:val="center"/>
          </w:tcPr>
          <w:p w14:paraId="7FEA7B55" w14:textId="77777777" w:rsidR="00F9583A" w:rsidRDefault="001D3E8F">
            <w:r>
              <w:rPr>
                <w:b/>
                <w:sz w:val="18"/>
              </w:rPr>
              <w:t>Telephone number(s)</w:t>
            </w:r>
          </w:p>
        </w:tc>
        <w:tc>
          <w:tcPr>
            <w:tcW w:w="6623" w:type="dxa"/>
            <w:tcMar>
              <w:top w:w="90" w:type="dxa"/>
              <w:left w:w="100" w:type="dxa"/>
              <w:bottom w:w="90" w:type="dxa"/>
              <w:right w:w="100" w:type="dxa"/>
            </w:tcMar>
            <w:vAlign w:val="center"/>
          </w:tcPr>
          <w:p w14:paraId="618A76F2" w14:textId="77777777" w:rsidR="00F9583A" w:rsidRDefault="00F9583A"/>
        </w:tc>
      </w:tr>
      <w:tr w:rsidR="00F9583A" w14:paraId="3A0CFB59" w14:textId="77777777">
        <w:trPr>
          <w:jc w:val="center"/>
        </w:trPr>
        <w:tc>
          <w:tcPr>
            <w:tcW w:w="3456" w:type="dxa"/>
            <w:shd w:val="clear" w:color="auto" w:fill="DCE6F1"/>
            <w:tcMar>
              <w:top w:w="90" w:type="dxa"/>
              <w:left w:w="100" w:type="dxa"/>
              <w:bottom w:w="90" w:type="dxa"/>
              <w:right w:w="100" w:type="dxa"/>
            </w:tcMar>
            <w:vAlign w:val="center"/>
          </w:tcPr>
          <w:p w14:paraId="1FDBE483" w14:textId="77777777" w:rsidR="00F9583A" w:rsidRDefault="001D3E8F">
            <w:r>
              <w:rPr>
                <w:b/>
                <w:sz w:val="18"/>
              </w:rPr>
              <w:t>Alternative contact</w:t>
            </w:r>
          </w:p>
        </w:tc>
        <w:tc>
          <w:tcPr>
            <w:tcW w:w="6623" w:type="dxa"/>
            <w:tcMar>
              <w:top w:w="90" w:type="dxa"/>
              <w:left w:w="100" w:type="dxa"/>
              <w:bottom w:w="90" w:type="dxa"/>
              <w:right w:w="100" w:type="dxa"/>
            </w:tcMar>
            <w:vAlign w:val="center"/>
          </w:tcPr>
          <w:p w14:paraId="51DA2D69" w14:textId="77777777" w:rsidR="00F9583A" w:rsidRDefault="00F9583A"/>
        </w:tc>
      </w:tr>
      <w:tr w:rsidR="00F9583A" w14:paraId="7D0677FA" w14:textId="77777777">
        <w:trPr>
          <w:jc w:val="center"/>
        </w:trPr>
        <w:tc>
          <w:tcPr>
            <w:tcW w:w="3456" w:type="dxa"/>
            <w:shd w:val="clear" w:color="auto" w:fill="DCE6F1"/>
            <w:tcMar>
              <w:top w:w="90" w:type="dxa"/>
              <w:left w:w="100" w:type="dxa"/>
              <w:bottom w:w="90" w:type="dxa"/>
              <w:right w:w="100" w:type="dxa"/>
            </w:tcMar>
            <w:vAlign w:val="center"/>
          </w:tcPr>
          <w:p w14:paraId="1F1355E2" w14:textId="77777777" w:rsidR="00F9583A" w:rsidRDefault="001D3E8F">
            <w:r>
              <w:rPr>
                <w:b/>
                <w:sz w:val="18"/>
              </w:rPr>
              <w:t>Clinic/hospital contact</w:t>
            </w:r>
          </w:p>
        </w:tc>
        <w:tc>
          <w:tcPr>
            <w:tcW w:w="6623" w:type="dxa"/>
            <w:tcMar>
              <w:top w:w="90" w:type="dxa"/>
              <w:left w:w="100" w:type="dxa"/>
              <w:bottom w:w="90" w:type="dxa"/>
              <w:right w:w="100" w:type="dxa"/>
            </w:tcMar>
            <w:vAlign w:val="center"/>
          </w:tcPr>
          <w:p w14:paraId="43D27CB1" w14:textId="77777777" w:rsidR="00F9583A" w:rsidRDefault="00F9583A"/>
        </w:tc>
      </w:tr>
      <w:tr w:rsidR="00F9583A" w14:paraId="268EF86B" w14:textId="77777777">
        <w:trPr>
          <w:jc w:val="center"/>
        </w:trPr>
        <w:tc>
          <w:tcPr>
            <w:tcW w:w="3456" w:type="dxa"/>
            <w:shd w:val="clear" w:color="auto" w:fill="DCE6F1"/>
            <w:tcMar>
              <w:top w:w="90" w:type="dxa"/>
              <w:left w:w="100" w:type="dxa"/>
              <w:bottom w:w="90" w:type="dxa"/>
              <w:right w:w="100" w:type="dxa"/>
            </w:tcMar>
            <w:vAlign w:val="center"/>
          </w:tcPr>
          <w:p w14:paraId="7C359E50" w14:textId="77777777" w:rsidR="00F9583A" w:rsidRDefault="001D3E8F">
            <w:r>
              <w:rPr>
                <w:b/>
                <w:sz w:val="18"/>
              </w:rPr>
              <w:t>GP name and telephone</w:t>
            </w:r>
          </w:p>
        </w:tc>
        <w:tc>
          <w:tcPr>
            <w:tcW w:w="6623" w:type="dxa"/>
            <w:tcMar>
              <w:top w:w="90" w:type="dxa"/>
              <w:left w:w="100" w:type="dxa"/>
              <w:bottom w:w="90" w:type="dxa"/>
              <w:right w:w="100" w:type="dxa"/>
            </w:tcMar>
            <w:vAlign w:val="center"/>
          </w:tcPr>
          <w:p w14:paraId="300763DE" w14:textId="77777777" w:rsidR="00F9583A" w:rsidRDefault="00F9583A"/>
        </w:tc>
      </w:tr>
    </w:tbl>
    <w:p w14:paraId="55DCE042" w14:textId="77777777" w:rsidR="00F9583A" w:rsidRDefault="00F9583A">
      <w:pPr>
        <w:spacing w:after="20"/>
      </w:pPr>
    </w:p>
    <w:tbl>
      <w:tblPr>
        <w:tblStyle w:val="TableGrid"/>
        <w:tblW w:w="0" w:type="auto"/>
        <w:jc w:val="center"/>
        <w:tblLook w:val="04A0" w:firstRow="1" w:lastRow="0" w:firstColumn="1" w:lastColumn="0" w:noHBand="0" w:noVBand="1"/>
      </w:tblPr>
      <w:tblGrid>
        <w:gridCol w:w="3456"/>
        <w:gridCol w:w="6623"/>
      </w:tblGrid>
      <w:tr w:rsidR="00F9583A" w14:paraId="4723B994" w14:textId="77777777">
        <w:trPr>
          <w:jc w:val="center"/>
        </w:trPr>
        <w:tc>
          <w:tcPr>
            <w:tcW w:w="3456" w:type="dxa"/>
            <w:shd w:val="clear" w:color="auto" w:fill="DCE6F1"/>
            <w:tcMar>
              <w:top w:w="90" w:type="dxa"/>
              <w:left w:w="100" w:type="dxa"/>
              <w:bottom w:w="90" w:type="dxa"/>
              <w:right w:w="100" w:type="dxa"/>
            </w:tcMar>
            <w:vAlign w:val="center"/>
          </w:tcPr>
          <w:p w14:paraId="15943772" w14:textId="77777777" w:rsidR="00F9583A" w:rsidRDefault="001D3E8F">
            <w:r>
              <w:rPr>
                <w:b/>
                <w:sz w:val="18"/>
              </w:rPr>
              <w:t>Lead member of academy staff</w:t>
            </w:r>
          </w:p>
        </w:tc>
        <w:tc>
          <w:tcPr>
            <w:tcW w:w="6623" w:type="dxa"/>
            <w:tcMar>
              <w:top w:w="90" w:type="dxa"/>
              <w:left w:w="100" w:type="dxa"/>
              <w:bottom w:w="90" w:type="dxa"/>
              <w:right w:w="100" w:type="dxa"/>
            </w:tcMar>
            <w:vAlign w:val="center"/>
          </w:tcPr>
          <w:p w14:paraId="721FC05E" w14:textId="77777777" w:rsidR="00F9583A" w:rsidRDefault="00F9583A"/>
        </w:tc>
      </w:tr>
      <w:tr w:rsidR="00F9583A" w14:paraId="1952D764" w14:textId="77777777">
        <w:trPr>
          <w:jc w:val="center"/>
        </w:trPr>
        <w:tc>
          <w:tcPr>
            <w:tcW w:w="3456" w:type="dxa"/>
            <w:shd w:val="clear" w:color="auto" w:fill="DCE6F1"/>
            <w:tcMar>
              <w:top w:w="90" w:type="dxa"/>
              <w:left w:w="100" w:type="dxa"/>
              <w:bottom w:w="90" w:type="dxa"/>
              <w:right w:w="100" w:type="dxa"/>
            </w:tcMar>
            <w:vAlign w:val="center"/>
          </w:tcPr>
          <w:p w14:paraId="40933E1A" w14:textId="77777777" w:rsidR="00F9583A" w:rsidRDefault="001D3E8F">
            <w:r>
              <w:rPr>
                <w:b/>
                <w:sz w:val="18"/>
              </w:rPr>
              <w:t>Staff providing support</w:t>
            </w:r>
          </w:p>
        </w:tc>
        <w:tc>
          <w:tcPr>
            <w:tcW w:w="6623" w:type="dxa"/>
            <w:tcMar>
              <w:top w:w="90" w:type="dxa"/>
              <w:left w:w="100" w:type="dxa"/>
              <w:bottom w:w="90" w:type="dxa"/>
              <w:right w:w="100" w:type="dxa"/>
            </w:tcMar>
            <w:vAlign w:val="center"/>
          </w:tcPr>
          <w:p w14:paraId="6BC25564" w14:textId="77777777" w:rsidR="00F9583A" w:rsidRDefault="00F9583A"/>
        </w:tc>
      </w:tr>
      <w:tr w:rsidR="00F9583A" w14:paraId="68CA8885" w14:textId="77777777">
        <w:trPr>
          <w:jc w:val="center"/>
        </w:trPr>
        <w:tc>
          <w:tcPr>
            <w:tcW w:w="3456" w:type="dxa"/>
            <w:shd w:val="clear" w:color="auto" w:fill="DCE6F1"/>
            <w:tcMar>
              <w:top w:w="90" w:type="dxa"/>
              <w:left w:w="100" w:type="dxa"/>
              <w:bottom w:w="90" w:type="dxa"/>
              <w:right w:w="100" w:type="dxa"/>
            </w:tcMar>
            <w:vAlign w:val="center"/>
          </w:tcPr>
          <w:p w14:paraId="1A1DC6C3" w14:textId="77777777" w:rsidR="00F9583A" w:rsidRDefault="001D3E8F">
            <w:r>
              <w:rPr>
                <w:b/>
                <w:sz w:val="18"/>
              </w:rPr>
              <w:t>Plan developed with</w:t>
            </w:r>
          </w:p>
        </w:tc>
        <w:tc>
          <w:tcPr>
            <w:tcW w:w="6623" w:type="dxa"/>
            <w:tcMar>
              <w:top w:w="90" w:type="dxa"/>
              <w:left w:w="100" w:type="dxa"/>
              <w:bottom w:w="90" w:type="dxa"/>
              <w:right w:w="100" w:type="dxa"/>
            </w:tcMar>
            <w:vAlign w:val="center"/>
          </w:tcPr>
          <w:p w14:paraId="035ED97F" w14:textId="77777777" w:rsidR="00F9583A" w:rsidRDefault="00F9583A"/>
        </w:tc>
      </w:tr>
      <w:tr w:rsidR="00F9583A" w14:paraId="4C51E0C4" w14:textId="77777777">
        <w:trPr>
          <w:jc w:val="center"/>
        </w:trPr>
        <w:tc>
          <w:tcPr>
            <w:tcW w:w="3456" w:type="dxa"/>
            <w:shd w:val="clear" w:color="auto" w:fill="DCE6F1"/>
            <w:tcMar>
              <w:top w:w="90" w:type="dxa"/>
              <w:left w:w="100" w:type="dxa"/>
              <w:bottom w:w="90" w:type="dxa"/>
              <w:right w:w="100" w:type="dxa"/>
            </w:tcMar>
            <w:vAlign w:val="center"/>
          </w:tcPr>
          <w:p w14:paraId="3CE436AD" w14:textId="77777777" w:rsidR="00F9583A" w:rsidRDefault="001D3E8F">
            <w:r>
              <w:rPr>
                <w:b/>
                <w:sz w:val="18"/>
              </w:rPr>
              <w:t>Staff who need a copy</w:t>
            </w:r>
          </w:p>
        </w:tc>
        <w:tc>
          <w:tcPr>
            <w:tcW w:w="6623" w:type="dxa"/>
            <w:tcMar>
              <w:top w:w="90" w:type="dxa"/>
              <w:left w:w="100" w:type="dxa"/>
              <w:bottom w:w="90" w:type="dxa"/>
              <w:right w:w="100" w:type="dxa"/>
            </w:tcMar>
            <w:vAlign w:val="center"/>
          </w:tcPr>
          <w:p w14:paraId="1A1254F4" w14:textId="77777777" w:rsidR="00F9583A" w:rsidRDefault="00F9583A"/>
        </w:tc>
      </w:tr>
    </w:tbl>
    <w:p w14:paraId="7C28AE05" w14:textId="77777777" w:rsidR="00F9583A" w:rsidRDefault="00F9583A">
      <w:pPr>
        <w:spacing w:after="20"/>
      </w:pPr>
    </w:p>
    <w:p w14:paraId="3FA8E875" w14:textId="77777777" w:rsidR="00F9583A" w:rsidRDefault="001D3E8F">
      <w:pPr>
        <w:pStyle w:val="Heading2"/>
      </w:pPr>
      <w:r>
        <w:t>Medical needs, symptoms, triggers and signs</w:t>
      </w:r>
    </w:p>
    <w:tbl>
      <w:tblPr>
        <w:tblStyle w:val="TableGrid"/>
        <w:tblW w:w="0" w:type="auto"/>
        <w:tblLook w:val="04A0" w:firstRow="1" w:lastRow="0" w:firstColumn="1" w:lastColumn="0" w:noHBand="0" w:noVBand="1"/>
      </w:tblPr>
      <w:tblGrid>
        <w:gridCol w:w="10358"/>
      </w:tblGrid>
      <w:tr w:rsidR="00F9583A" w14:paraId="3E174955" w14:textId="77777777">
        <w:tc>
          <w:tcPr>
            <w:tcW w:w="10368" w:type="dxa"/>
            <w:tcMar>
              <w:top w:w="90" w:type="dxa"/>
              <w:left w:w="100" w:type="dxa"/>
              <w:bottom w:w="90" w:type="dxa"/>
              <w:right w:w="100" w:type="dxa"/>
            </w:tcMar>
            <w:vAlign w:val="center"/>
          </w:tcPr>
          <w:p w14:paraId="4DEAA70C" w14:textId="77777777" w:rsidR="00F9583A" w:rsidRDefault="00F9583A"/>
        </w:tc>
      </w:tr>
    </w:tbl>
    <w:p w14:paraId="1E6510C8" w14:textId="77777777" w:rsidR="00F9583A" w:rsidRDefault="001D3E8F">
      <w:pPr>
        <w:pStyle w:val="Heading2"/>
      </w:pPr>
      <w:r>
        <w:t>Treatment, facilities, equipment, devices and environmental needs</w:t>
      </w:r>
    </w:p>
    <w:tbl>
      <w:tblPr>
        <w:tblStyle w:val="TableGrid"/>
        <w:tblW w:w="0" w:type="auto"/>
        <w:tblLook w:val="04A0" w:firstRow="1" w:lastRow="0" w:firstColumn="1" w:lastColumn="0" w:noHBand="0" w:noVBand="1"/>
      </w:tblPr>
      <w:tblGrid>
        <w:gridCol w:w="10358"/>
      </w:tblGrid>
      <w:tr w:rsidR="00F9583A" w14:paraId="3ACDC44E" w14:textId="77777777">
        <w:tc>
          <w:tcPr>
            <w:tcW w:w="10368" w:type="dxa"/>
            <w:tcMar>
              <w:top w:w="90" w:type="dxa"/>
              <w:left w:w="100" w:type="dxa"/>
              <w:bottom w:w="90" w:type="dxa"/>
              <w:right w:w="100" w:type="dxa"/>
            </w:tcMar>
            <w:vAlign w:val="center"/>
          </w:tcPr>
          <w:p w14:paraId="26418666" w14:textId="77777777" w:rsidR="00F9583A" w:rsidRDefault="00F9583A"/>
        </w:tc>
      </w:tr>
    </w:tbl>
    <w:p w14:paraId="02F0C898" w14:textId="77777777" w:rsidR="00F9583A" w:rsidRDefault="001D3E8F">
      <w:pPr>
        <w:pStyle w:val="Heading2"/>
      </w:pPr>
      <w:r>
        <w:t>Medicine: name, dose, method, timing, side effects and storage</w:t>
      </w:r>
    </w:p>
    <w:tbl>
      <w:tblPr>
        <w:tblStyle w:val="TableGrid"/>
        <w:tblW w:w="0" w:type="auto"/>
        <w:tblLook w:val="04A0" w:firstRow="1" w:lastRow="0" w:firstColumn="1" w:lastColumn="0" w:noHBand="0" w:noVBand="1"/>
      </w:tblPr>
      <w:tblGrid>
        <w:gridCol w:w="10358"/>
      </w:tblGrid>
      <w:tr w:rsidR="00F9583A" w14:paraId="060F9604" w14:textId="77777777">
        <w:tc>
          <w:tcPr>
            <w:tcW w:w="10368" w:type="dxa"/>
            <w:tcMar>
              <w:top w:w="90" w:type="dxa"/>
              <w:left w:w="100" w:type="dxa"/>
              <w:bottom w:w="90" w:type="dxa"/>
              <w:right w:w="100" w:type="dxa"/>
            </w:tcMar>
            <w:vAlign w:val="center"/>
          </w:tcPr>
          <w:p w14:paraId="6A4C240A" w14:textId="77777777" w:rsidR="00F9583A" w:rsidRDefault="00F9583A"/>
        </w:tc>
      </w:tr>
    </w:tbl>
    <w:p w14:paraId="1EFABDAB" w14:textId="77777777" w:rsidR="00F9583A" w:rsidRDefault="001D3E8F">
      <w:pPr>
        <w:pStyle w:val="Heading2"/>
      </w:pPr>
      <w:r>
        <w:t>Daily care requirements</w:t>
      </w:r>
    </w:p>
    <w:tbl>
      <w:tblPr>
        <w:tblStyle w:val="TableGrid"/>
        <w:tblW w:w="0" w:type="auto"/>
        <w:tblLook w:val="04A0" w:firstRow="1" w:lastRow="0" w:firstColumn="1" w:lastColumn="0" w:noHBand="0" w:noVBand="1"/>
      </w:tblPr>
      <w:tblGrid>
        <w:gridCol w:w="10358"/>
      </w:tblGrid>
      <w:tr w:rsidR="00F9583A" w14:paraId="1F726119" w14:textId="77777777">
        <w:tc>
          <w:tcPr>
            <w:tcW w:w="10368" w:type="dxa"/>
            <w:tcMar>
              <w:top w:w="90" w:type="dxa"/>
              <w:left w:w="100" w:type="dxa"/>
              <w:bottom w:w="90" w:type="dxa"/>
              <w:right w:w="100" w:type="dxa"/>
            </w:tcMar>
            <w:vAlign w:val="center"/>
          </w:tcPr>
          <w:p w14:paraId="144B1507" w14:textId="77777777" w:rsidR="00F9583A" w:rsidRDefault="00F9583A"/>
        </w:tc>
      </w:tr>
    </w:tbl>
    <w:p w14:paraId="0203AE5D" w14:textId="77777777" w:rsidR="00F9583A" w:rsidRDefault="001D3E8F">
      <w:pPr>
        <w:pStyle w:val="Heading2"/>
      </w:pPr>
      <w:r>
        <w:lastRenderedPageBreak/>
        <w:t>Educational, social, emotional and attendance support</w:t>
      </w:r>
    </w:p>
    <w:tbl>
      <w:tblPr>
        <w:tblStyle w:val="TableGrid"/>
        <w:tblW w:w="0" w:type="auto"/>
        <w:tblLook w:val="04A0" w:firstRow="1" w:lastRow="0" w:firstColumn="1" w:lastColumn="0" w:noHBand="0" w:noVBand="1"/>
      </w:tblPr>
      <w:tblGrid>
        <w:gridCol w:w="10358"/>
      </w:tblGrid>
      <w:tr w:rsidR="00F9583A" w14:paraId="05A058E8" w14:textId="77777777">
        <w:tc>
          <w:tcPr>
            <w:tcW w:w="10368" w:type="dxa"/>
            <w:tcMar>
              <w:top w:w="90" w:type="dxa"/>
              <w:left w:w="100" w:type="dxa"/>
              <w:bottom w:w="90" w:type="dxa"/>
              <w:right w:w="100" w:type="dxa"/>
            </w:tcMar>
            <w:vAlign w:val="center"/>
          </w:tcPr>
          <w:p w14:paraId="6244D4B0" w14:textId="77777777" w:rsidR="00F9583A" w:rsidRDefault="00F9583A"/>
        </w:tc>
      </w:tr>
    </w:tbl>
    <w:p w14:paraId="737F7526" w14:textId="77777777" w:rsidR="00F9583A" w:rsidRDefault="001D3E8F">
      <w:pPr>
        <w:pStyle w:val="Heading2"/>
      </w:pPr>
      <w:r>
        <w:t>Reasonable adjustments and examination arrangements</w:t>
      </w:r>
    </w:p>
    <w:tbl>
      <w:tblPr>
        <w:tblStyle w:val="TableGrid"/>
        <w:tblW w:w="0" w:type="auto"/>
        <w:tblLook w:val="04A0" w:firstRow="1" w:lastRow="0" w:firstColumn="1" w:lastColumn="0" w:noHBand="0" w:noVBand="1"/>
      </w:tblPr>
      <w:tblGrid>
        <w:gridCol w:w="10358"/>
      </w:tblGrid>
      <w:tr w:rsidR="00F9583A" w14:paraId="49F14E79" w14:textId="77777777">
        <w:tc>
          <w:tcPr>
            <w:tcW w:w="10368" w:type="dxa"/>
            <w:tcMar>
              <w:top w:w="90" w:type="dxa"/>
              <w:left w:w="100" w:type="dxa"/>
              <w:bottom w:w="90" w:type="dxa"/>
              <w:right w:w="100" w:type="dxa"/>
            </w:tcMar>
            <w:vAlign w:val="center"/>
          </w:tcPr>
          <w:p w14:paraId="7BBE2DD5" w14:textId="77777777" w:rsidR="00F9583A" w:rsidRDefault="00F9583A"/>
        </w:tc>
      </w:tr>
    </w:tbl>
    <w:p w14:paraId="495C48CE" w14:textId="77777777" w:rsidR="00F9583A" w:rsidRDefault="001D3E8F">
      <w:pPr>
        <w:pStyle w:val="Heading2"/>
      </w:pPr>
      <w:r>
        <w:t>Self-management and supervision arrangements</w:t>
      </w:r>
    </w:p>
    <w:tbl>
      <w:tblPr>
        <w:tblStyle w:val="TableGrid"/>
        <w:tblW w:w="0" w:type="auto"/>
        <w:tblLook w:val="04A0" w:firstRow="1" w:lastRow="0" w:firstColumn="1" w:lastColumn="0" w:noHBand="0" w:noVBand="1"/>
      </w:tblPr>
      <w:tblGrid>
        <w:gridCol w:w="10358"/>
      </w:tblGrid>
      <w:tr w:rsidR="00F9583A" w14:paraId="69E6BF2A" w14:textId="77777777">
        <w:tc>
          <w:tcPr>
            <w:tcW w:w="10368" w:type="dxa"/>
            <w:tcMar>
              <w:top w:w="90" w:type="dxa"/>
              <w:left w:w="100" w:type="dxa"/>
              <w:bottom w:w="90" w:type="dxa"/>
              <w:right w:w="100" w:type="dxa"/>
            </w:tcMar>
            <w:vAlign w:val="center"/>
          </w:tcPr>
          <w:p w14:paraId="7461E04C" w14:textId="77777777" w:rsidR="00F9583A" w:rsidRDefault="00F9583A"/>
        </w:tc>
      </w:tr>
    </w:tbl>
    <w:p w14:paraId="54409C54" w14:textId="77777777" w:rsidR="00F9583A" w:rsidRDefault="001D3E8F">
      <w:pPr>
        <w:pStyle w:val="Heading2"/>
      </w:pPr>
      <w:r>
        <w:t>Trips, transport and off-site arrangements</w:t>
      </w:r>
    </w:p>
    <w:tbl>
      <w:tblPr>
        <w:tblStyle w:val="TableGrid"/>
        <w:tblW w:w="0" w:type="auto"/>
        <w:tblLook w:val="04A0" w:firstRow="1" w:lastRow="0" w:firstColumn="1" w:lastColumn="0" w:noHBand="0" w:noVBand="1"/>
      </w:tblPr>
      <w:tblGrid>
        <w:gridCol w:w="10358"/>
      </w:tblGrid>
      <w:tr w:rsidR="00F9583A" w14:paraId="76E48BFB" w14:textId="77777777">
        <w:tc>
          <w:tcPr>
            <w:tcW w:w="10368" w:type="dxa"/>
            <w:tcMar>
              <w:top w:w="90" w:type="dxa"/>
              <w:left w:w="100" w:type="dxa"/>
              <w:bottom w:w="90" w:type="dxa"/>
              <w:right w:w="100" w:type="dxa"/>
            </w:tcMar>
            <w:vAlign w:val="center"/>
          </w:tcPr>
          <w:p w14:paraId="4DBA15D6" w14:textId="77777777" w:rsidR="00F9583A" w:rsidRDefault="00F9583A"/>
        </w:tc>
      </w:tr>
    </w:tbl>
    <w:p w14:paraId="38DB02D6" w14:textId="77777777" w:rsidR="00F9583A" w:rsidRDefault="001D3E8F">
      <w:pPr>
        <w:pStyle w:val="Heading2"/>
      </w:pPr>
      <w:r>
        <w:t>What constitutes an emergency and action to take</w:t>
      </w:r>
    </w:p>
    <w:tbl>
      <w:tblPr>
        <w:tblStyle w:val="TableGrid"/>
        <w:tblW w:w="0" w:type="auto"/>
        <w:tblLook w:val="04A0" w:firstRow="1" w:lastRow="0" w:firstColumn="1" w:lastColumn="0" w:noHBand="0" w:noVBand="1"/>
      </w:tblPr>
      <w:tblGrid>
        <w:gridCol w:w="10358"/>
      </w:tblGrid>
      <w:tr w:rsidR="00F9583A" w14:paraId="76EAA0A0" w14:textId="77777777">
        <w:tc>
          <w:tcPr>
            <w:tcW w:w="10368" w:type="dxa"/>
            <w:tcMar>
              <w:top w:w="90" w:type="dxa"/>
              <w:left w:w="100" w:type="dxa"/>
              <w:bottom w:w="90" w:type="dxa"/>
              <w:right w:w="100" w:type="dxa"/>
            </w:tcMar>
            <w:vAlign w:val="center"/>
          </w:tcPr>
          <w:p w14:paraId="45089FE3" w14:textId="77777777" w:rsidR="00F9583A" w:rsidRDefault="00F9583A"/>
        </w:tc>
      </w:tr>
    </w:tbl>
    <w:p w14:paraId="2221202D" w14:textId="77777777" w:rsidR="00F9583A" w:rsidRDefault="001D3E8F">
      <w:pPr>
        <w:pStyle w:val="Heading2"/>
      </w:pPr>
      <w:r>
        <w:t>Emergency contacts and contingency arrangements</w:t>
      </w:r>
    </w:p>
    <w:tbl>
      <w:tblPr>
        <w:tblStyle w:val="TableGrid"/>
        <w:tblW w:w="0" w:type="auto"/>
        <w:tblLook w:val="04A0" w:firstRow="1" w:lastRow="0" w:firstColumn="1" w:lastColumn="0" w:noHBand="0" w:noVBand="1"/>
      </w:tblPr>
      <w:tblGrid>
        <w:gridCol w:w="10358"/>
      </w:tblGrid>
      <w:tr w:rsidR="00F9583A" w14:paraId="7465602B" w14:textId="77777777">
        <w:tc>
          <w:tcPr>
            <w:tcW w:w="10368" w:type="dxa"/>
            <w:tcMar>
              <w:top w:w="90" w:type="dxa"/>
              <w:left w:w="100" w:type="dxa"/>
              <w:bottom w:w="90" w:type="dxa"/>
              <w:right w:w="100" w:type="dxa"/>
            </w:tcMar>
            <w:vAlign w:val="center"/>
          </w:tcPr>
          <w:p w14:paraId="6BDC102C" w14:textId="77777777" w:rsidR="00F9583A" w:rsidRDefault="00F9583A"/>
        </w:tc>
      </w:tr>
    </w:tbl>
    <w:p w14:paraId="702738F2" w14:textId="77777777" w:rsidR="00F9583A" w:rsidRDefault="001D3E8F">
      <w:pPr>
        <w:pStyle w:val="Heading2"/>
      </w:pPr>
      <w:r>
        <w:t>Training required and competency confirmation</w:t>
      </w:r>
    </w:p>
    <w:tbl>
      <w:tblPr>
        <w:tblStyle w:val="TableGrid"/>
        <w:tblW w:w="0" w:type="auto"/>
        <w:tblLook w:val="04A0" w:firstRow="1" w:lastRow="0" w:firstColumn="1" w:lastColumn="0" w:noHBand="0" w:noVBand="1"/>
      </w:tblPr>
      <w:tblGrid>
        <w:gridCol w:w="10358"/>
      </w:tblGrid>
      <w:tr w:rsidR="00F9583A" w14:paraId="143B1ECA" w14:textId="77777777">
        <w:tc>
          <w:tcPr>
            <w:tcW w:w="10368" w:type="dxa"/>
            <w:tcMar>
              <w:top w:w="90" w:type="dxa"/>
              <w:left w:w="100" w:type="dxa"/>
              <w:bottom w:w="90" w:type="dxa"/>
              <w:right w:w="100" w:type="dxa"/>
            </w:tcMar>
            <w:vAlign w:val="center"/>
          </w:tcPr>
          <w:p w14:paraId="2BC08856" w14:textId="77777777" w:rsidR="00F9583A" w:rsidRDefault="00F9583A"/>
        </w:tc>
      </w:tr>
    </w:tbl>
    <w:p w14:paraId="3B18F32A" w14:textId="77777777" w:rsidR="00F9583A" w:rsidRDefault="001D3E8F">
      <w:pPr>
        <w:pStyle w:val="Heading2"/>
      </w:pPr>
      <w:r>
        <w:t>Confidentiality and information-sharing arrangements</w:t>
      </w:r>
    </w:p>
    <w:tbl>
      <w:tblPr>
        <w:tblStyle w:val="TableGrid"/>
        <w:tblW w:w="0" w:type="auto"/>
        <w:tblLook w:val="04A0" w:firstRow="1" w:lastRow="0" w:firstColumn="1" w:lastColumn="0" w:noHBand="0" w:noVBand="1"/>
      </w:tblPr>
      <w:tblGrid>
        <w:gridCol w:w="10358"/>
      </w:tblGrid>
      <w:tr w:rsidR="00F9583A" w14:paraId="67920BFA" w14:textId="77777777">
        <w:tc>
          <w:tcPr>
            <w:tcW w:w="10368" w:type="dxa"/>
            <w:tcMar>
              <w:top w:w="90" w:type="dxa"/>
              <w:left w:w="100" w:type="dxa"/>
              <w:bottom w:w="90" w:type="dxa"/>
              <w:right w:w="100" w:type="dxa"/>
            </w:tcMar>
            <w:vAlign w:val="center"/>
          </w:tcPr>
          <w:p w14:paraId="47356C8C" w14:textId="77777777" w:rsidR="00F9583A" w:rsidRDefault="00F9583A"/>
        </w:tc>
      </w:tr>
    </w:tbl>
    <w:p w14:paraId="68E25CD8" w14:textId="77777777" w:rsidR="00F9583A" w:rsidRDefault="001D3E8F">
      <w:pPr>
        <w:pStyle w:val="Heading2"/>
      </w:pPr>
      <w:r>
        <w:t>Review triggers and other information</w:t>
      </w:r>
    </w:p>
    <w:tbl>
      <w:tblPr>
        <w:tblStyle w:val="TableGrid"/>
        <w:tblW w:w="0" w:type="auto"/>
        <w:tblLook w:val="04A0" w:firstRow="1" w:lastRow="0" w:firstColumn="1" w:lastColumn="0" w:noHBand="0" w:noVBand="1"/>
      </w:tblPr>
      <w:tblGrid>
        <w:gridCol w:w="10358"/>
      </w:tblGrid>
      <w:tr w:rsidR="00F9583A" w14:paraId="50D4AA52" w14:textId="77777777">
        <w:tc>
          <w:tcPr>
            <w:tcW w:w="10368" w:type="dxa"/>
            <w:tcMar>
              <w:top w:w="90" w:type="dxa"/>
              <w:left w:w="100" w:type="dxa"/>
              <w:bottom w:w="90" w:type="dxa"/>
              <w:right w:w="100" w:type="dxa"/>
            </w:tcMar>
            <w:vAlign w:val="center"/>
          </w:tcPr>
          <w:p w14:paraId="4F10C14E" w14:textId="77777777" w:rsidR="00F9583A" w:rsidRDefault="00F9583A"/>
        </w:tc>
      </w:tr>
    </w:tbl>
    <w:p w14:paraId="0996F597" w14:textId="77777777" w:rsidR="00F9583A" w:rsidRDefault="001D3E8F">
      <w:r>
        <w:br w:type="page"/>
      </w:r>
    </w:p>
    <w:p w14:paraId="7F58679C" w14:textId="77777777" w:rsidR="00F9583A" w:rsidRDefault="001D3E8F">
      <w:pPr>
        <w:pStyle w:val="Heading2"/>
      </w:pPr>
      <w:r>
        <w:lastRenderedPageBreak/>
        <w:t>Template B: Parental agreement for the academy to administer medicine</w:t>
      </w:r>
    </w:p>
    <w:tbl>
      <w:tblPr>
        <w:tblStyle w:val="TableGrid"/>
        <w:tblW w:w="0" w:type="auto"/>
        <w:jc w:val="center"/>
        <w:tblLook w:val="04A0" w:firstRow="1" w:lastRow="0" w:firstColumn="1" w:lastColumn="0" w:noHBand="0" w:noVBand="1"/>
      </w:tblPr>
      <w:tblGrid>
        <w:gridCol w:w="3456"/>
        <w:gridCol w:w="6623"/>
      </w:tblGrid>
      <w:tr w:rsidR="00F9583A" w14:paraId="4B627F8D" w14:textId="77777777">
        <w:trPr>
          <w:jc w:val="center"/>
        </w:trPr>
        <w:tc>
          <w:tcPr>
            <w:tcW w:w="3456" w:type="dxa"/>
            <w:shd w:val="clear" w:color="auto" w:fill="DCE6F1"/>
            <w:tcMar>
              <w:top w:w="90" w:type="dxa"/>
              <w:left w:w="100" w:type="dxa"/>
              <w:bottom w:w="90" w:type="dxa"/>
              <w:right w:w="100" w:type="dxa"/>
            </w:tcMar>
            <w:vAlign w:val="center"/>
          </w:tcPr>
          <w:p w14:paraId="7D8BCFFE" w14:textId="77777777" w:rsidR="00F9583A" w:rsidRDefault="001D3E8F">
            <w:r>
              <w:rPr>
                <w:b/>
                <w:sz w:val="18"/>
              </w:rPr>
              <w:t>Name of academy/setting</w:t>
            </w:r>
          </w:p>
        </w:tc>
        <w:tc>
          <w:tcPr>
            <w:tcW w:w="6623" w:type="dxa"/>
            <w:tcMar>
              <w:top w:w="90" w:type="dxa"/>
              <w:left w:w="100" w:type="dxa"/>
              <w:bottom w:w="90" w:type="dxa"/>
              <w:right w:w="100" w:type="dxa"/>
            </w:tcMar>
            <w:vAlign w:val="center"/>
          </w:tcPr>
          <w:p w14:paraId="77B73B15" w14:textId="176AC934" w:rsidR="00F9583A" w:rsidRDefault="00642D81">
            <w:r>
              <w:rPr>
                <w:sz w:val="18"/>
              </w:rPr>
              <w:t>Horizons</w:t>
            </w:r>
            <w:r w:rsidR="001D3E8F">
              <w:rPr>
                <w:sz w:val="18"/>
              </w:rPr>
              <w:t xml:space="preserve"> Academy</w:t>
            </w:r>
          </w:p>
        </w:tc>
      </w:tr>
      <w:tr w:rsidR="00F9583A" w14:paraId="408CFC11" w14:textId="77777777">
        <w:trPr>
          <w:jc w:val="center"/>
        </w:trPr>
        <w:tc>
          <w:tcPr>
            <w:tcW w:w="3456" w:type="dxa"/>
            <w:shd w:val="clear" w:color="auto" w:fill="DCE6F1"/>
            <w:tcMar>
              <w:top w:w="90" w:type="dxa"/>
              <w:left w:w="100" w:type="dxa"/>
              <w:bottom w:w="90" w:type="dxa"/>
              <w:right w:w="100" w:type="dxa"/>
            </w:tcMar>
            <w:vAlign w:val="center"/>
          </w:tcPr>
          <w:p w14:paraId="1CC425DB" w14:textId="77777777" w:rsidR="00F9583A" w:rsidRDefault="001D3E8F">
            <w:r>
              <w:rPr>
                <w:b/>
                <w:sz w:val="18"/>
              </w:rPr>
              <w:t>Pupil’s name</w:t>
            </w:r>
          </w:p>
        </w:tc>
        <w:tc>
          <w:tcPr>
            <w:tcW w:w="6623" w:type="dxa"/>
            <w:tcMar>
              <w:top w:w="90" w:type="dxa"/>
              <w:left w:w="100" w:type="dxa"/>
              <w:bottom w:w="90" w:type="dxa"/>
              <w:right w:w="100" w:type="dxa"/>
            </w:tcMar>
            <w:vAlign w:val="center"/>
          </w:tcPr>
          <w:p w14:paraId="2BED1009" w14:textId="77777777" w:rsidR="00F9583A" w:rsidRDefault="00F9583A"/>
        </w:tc>
      </w:tr>
      <w:tr w:rsidR="00F9583A" w14:paraId="6D6AB829" w14:textId="77777777">
        <w:trPr>
          <w:jc w:val="center"/>
        </w:trPr>
        <w:tc>
          <w:tcPr>
            <w:tcW w:w="3456" w:type="dxa"/>
            <w:shd w:val="clear" w:color="auto" w:fill="DCE6F1"/>
            <w:tcMar>
              <w:top w:w="90" w:type="dxa"/>
              <w:left w:w="100" w:type="dxa"/>
              <w:bottom w:w="90" w:type="dxa"/>
              <w:right w:w="100" w:type="dxa"/>
            </w:tcMar>
            <w:vAlign w:val="center"/>
          </w:tcPr>
          <w:p w14:paraId="7BAEE6FF" w14:textId="77777777" w:rsidR="00F9583A" w:rsidRDefault="001D3E8F">
            <w:r>
              <w:rPr>
                <w:b/>
                <w:sz w:val="18"/>
              </w:rPr>
              <w:t>Date of birth</w:t>
            </w:r>
          </w:p>
        </w:tc>
        <w:tc>
          <w:tcPr>
            <w:tcW w:w="6623" w:type="dxa"/>
            <w:tcMar>
              <w:top w:w="90" w:type="dxa"/>
              <w:left w:w="100" w:type="dxa"/>
              <w:bottom w:w="90" w:type="dxa"/>
              <w:right w:w="100" w:type="dxa"/>
            </w:tcMar>
            <w:vAlign w:val="center"/>
          </w:tcPr>
          <w:p w14:paraId="7FE0C822" w14:textId="77777777" w:rsidR="00F9583A" w:rsidRDefault="00F9583A"/>
        </w:tc>
      </w:tr>
      <w:tr w:rsidR="00F9583A" w14:paraId="39A2216D" w14:textId="77777777">
        <w:trPr>
          <w:jc w:val="center"/>
        </w:trPr>
        <w:tc>
          <w:tcPr>
            <w:tcW w:w="3456" w:type="dxa"/>
            <w:shd w:val="clear" w:color="auto" w:fill="DCE6F1"/>
            <w:tcMar>
              <w:top w:w="90" w:type="dxa"/>
              <w:left w:w="100" w:type="dxa"/>
              <w:bottom w:w="90" w:type="dxa"/>
              <w:right w:w="100" w:type="dxa"/>
            </w:tcMar>
            <w:vAlign w:val="center"/>
          </w:tcPr>
          <w:p w14:paraId="3227E7D2" w14:textId="77777777" w:rsidR="00F9583A" w:rsidRDefault="001D3E8F">
            <w:r>
              <w:rPr>
                <w:b/>
                <w:sz w:val="18"/>
              </w:rPr>
              <w:t>Group/class/form</w:t>
            </w:r>
          </w:p>
        </w:tc>
        <w:tc>
          <w:tcPr>
            <w:tcW w:w="6623" w:type="dxa"/>
            <w:tcMar>
              <w:top w:w="90" w:type="dxa"/>
              <w:left w:w="100" w:type="dxa"/>
              <w:bottom w:w="90" w:type="dxa"/>
              <w:right w:w="100" w:type="dxa"/>
            </w:tcMar>
            <w:vAlign w:val="center"/>
          </w:tcPr>
          <w:p w14:paraId="3FF51E8F" w14:textId="77777777" w:rsidR="00F9583A" w:rsidRDefault="00F9583A"/>
        </w:tc>
      </w:tr>
      <w:tr w:rsidR="00F9583A" w14:paraId="3F6C3F17" w14:textId="77777777">
        <w:trPr>
          <w:jc w:val="center"/>
        </w:trPr>
        <w:tc>
          <w:tcPr>
            <w:tcW w:w="3456" w:type="dxa"/>
            <w:shd w:val="clear" w:color="auto" w:fill="DCE6F1"/>
            <w:tcMar>
              <w:top w:w="90" w:type="dxa"/>
              <w:left w:w="100" w:type="dxa"/>
              <w:bottom w:w="90" w:type="dxa"/>
              <w:right w:w="100" w:type="dxa"/>
            </w:tcMar>
            <w:vAlign w:val="center"/>
          </w:tcPr>
          <w:p w14:paraId="1BE92565" w14:textId="77777777" w:rsidR="00F9583A" w:rsidRDefault="001D3E8F">
            <w:r>
              <w:rPr>
                <w:b/>
                <w:sz w:val="18"/>
              </w:rPr>
              <w:t>Medical condition or illness</w:t>
            </w:r>
          </w:p>
        </w:tc>
        <w:tc>
          <w:tcPr>
            <w:tcW w:w="6623" w:type="dxa"/>
            <w:tcMar>
              <w:top w:w="90" w:type="dxa"/>
              <w:left w:w="100" w:type="dxa"/>
              <w:bottom w:w="90" w:type="dxa"/>
              <w:right w:w="100" w:type="dxa"/>
            </w:tcMar>
            <w:vAlign w:val="center"/>
          </w:tcPr>
          <w:p w14:paraId="5A4C6284" w14:textId="77777777" w:rsidR="00F9583A" w:rsidRDefault="00F9583A"/>
        </w:tc>
      </w:tr>
      <w:tr w:rsidR="00F9583A" w14:paraId="7F6FC77C" w14:textId="77777777">
        <w:trPr>
          <w:jc w:val="center"/>
        </w:trPr>
        <w:tc>
          <w:tcPr>
            <w:tcW w:w="3456" w:type="dxa"/>
            <w:shd w:val="clear" w:color="auto" w:fill="DCE6F1"/>
            <w:tcMar>
              <w:top w:w="90" w:type="dxa"/>
              <w:left w:w="100" w:type="dxa"/>
              <w:bottom w:w="90" w:type="dxa"/>
              <w:right w:w="100" w:type="dxa"/>
            </w:tcMar>
            <w:vAlign w:val="center"/>
          </w:tcPr>
          <w:p w14:paraId="36BD26BA" w14:textId="77777777" w:rsidR="00F9583A" w:rsidRDefault="001D3E8F">
            <w:r>
              <w:rPr>
                <w:b/>
                <w:sz w:val="18"/>
              </w:rPr>
              <w:t>Medicine name/type</w:t>
            </w:r>
          </w:p>
        </w:tc>
        <w:tc>
          <w:tcPr>
            <w:tcW w:w="6623" w:type="dxa"/>
            <w:tcMar>
              <w:top w:w="90" w:type="dxa"/>
              <w:left w:w="100" w:type="dxa"/>
              <w:bottom w:w="90" w:type="dxa"/>
              <w:right w:w="100" w:type="dxa"/>
            </w:tcMar>
            <w:vAlign w:val="center"/>
          </w:tcPr>
          <w:p w14:paraId="11839174" w14:textId="77777777" w:rsidR="00F9583A" w:rsidRDefault="00F9583A"/>
        </w:tc>
      </w:tr>
      <w:tr w:rsidR="00F9583A" w14:paraId="4A04B5D0" w14:textId="77777777">
        <w:trPr>
          <w:jc w:val="center"/>
        </w:trPr>
        <w:tc>
          <w:tcPr>
            <w:tcW w:w="3456" w:type="dxa"/>
            <w:shd w:val="clear" w:color="auto" w:fill="DCE6F1"/>
            <w:tcMar>
              <w:top w:w="90" w:type="dxa"/>
              <w:left w:w="100" w:type="dxa"/>
              <w:bottom w:w="90" w:type="dxa"/>
              <w:right w:w="100" w:type="dxa"/>
            </w:tcMar>
            <w:vAlign w:val="center"/>
          </w:tcPr>
          <w:p w14:paraId="7E44D0A9" w14:textId="77777777" w:rsidR="00F9583A" w:rsidRDefault="001D3E8F">
            <w:r>
              <w:rPr>
                <w:b/>
                <w:sz w:val="18"/>
              </w:rPr>
              <w:t>Strength and dose</w:t>
            </w:r>
          </w:p>
        </w:tc>
        <w:tc>
          <w:tcPr>
            <w:tcW w:w="6623" w:type="dxa"/>
            <w:tcMar>
              <w:top w:w="90" w:type="dxa"/>
              <w:left w:w="100" w:type="dxa"/>
              <w:bottom w:w="90" w:type="dxa"/>
              <w:right w:w="100" w:type="dxa"/>
            </w:tcMar>
            <w:vAlign w:val="center"/>
          </w:tcPr>
          <w:p w14:paraId="3105E3E6" w14:textId="77777777" w:rsidR="00F9583A" w:rsidRDefault="00F9583A"/>
        </w:tc>
      </w:tr>
      <w:tr w:rsidR="00F9583A" w14:paraId="3A255B4A" w14:textId="77777777">
        <w:trPr>
          <w:jc w:val="center"/>
        </w:trPr>
        <w:tc>
          <w:tcPr>
            <w:tcW w:w="3456" w:type="dxa"/>
            <w:shd w:val="clear" w:color="auto" w:fill="DCE6F1"/>
            <w:tcMar>
              <w:top w:w="90" w:type="dxa"/>
              <w:left w:w="100" w:type="dxa"/>
              <w:bottom w:w="90" w:type="dxa"/>
              <w:right w:w="100" w:type="dxa"/>
            </w:tcMar>
            <w:vAlign w:val="center"/>
          </w:tcPr>
          <w:p w14:paraId="31BFBC70" w14:textId="77777777" w:rsidR="00F9583A" w:rsidRDefault="001D3E8F">
            <w:r>
              <w:rPr>
                <w:b/>
                <w:sz w:val="18"/>
              </w:rPr>
              <w:t>Method and timing</w:t>
            </w:r>
          </w:p>
        </w:tc>
        <w:tc>
          <w:tcPr>
            <w:tcW w:w="6623" w:type="dxa"/>
            <w:tcMar>
              <w:top w:w="90" w:type="dxa"/>
              <w:left w:w="100" w:type="dxa"/>
              <w:bottom w:w="90" w:type="dxa"/>
              <w:right w:w="100" w:type="dxa"/>
            </w:tcMar>
            <w:vAlign w:val="center"/>
          </w:tcPr>
          <w:p w14:paraId="23ACE04B" w14:textId="77777777" w:rsidR="00F9583A" w:rsidRDefault="00F9583A"/>
        </w:tc>
      </w:tr>
      <w:tr w:rsidR="00F9583A" w14:paraId="257B83CE" w14:textId="77777777">
        <w:trPr>
          <w:jc w:val="center"/>
        </w:trPr>
        <w:tc>
          <w:tcPr>
            <w:tcW w:w="3456" w:type="dxa"/>
            <w:shd w:val="clear" w:color="auto" w:fill="DCE6F1"/>
            <w:tcMar>
              <w:top w:w="90" w:type="dxa"/>
              <w:left w:w="100" w:type="dxa"/>
              <w:bottom w:w="90" w:type="dxa"/>
              <w:right w:w="100" w:type="dxa"/>
            </w:tcMar>
            <w:vAlign w:val="center"/>
          </w:tcPr>
          <w:p w14:paraId="462BE8A5" w14:textId="77777777" w:rsidR="00F9583A" w:rsidRDefault="001D3E8F">
            <w:r>
              <w:rPr>
                <w:b/>
                <w:sz w:val="18"/>
              </w:rPr>
              <w:t>Expiry date</w:t>
            </w:r>
          </w:p>
        </w:tc>
        <w:tc>
          <w:tcPr>
            <w:tcW w:w="6623" w:type="dxa"/>
            <w:tcMar>
              <w:top w:w="90" w:type="dxa"/>
              <w:left w:w="100" w:type="dxa"/>
              <w:bottom w:w="90" w:type="dxa"/>
              <w:right w:w="100" w:type="dxa"/>
            </w:tcMar>
            <w:vAlign w:val="center"/>
          </w:tcPr>
          <w:p w14:paraId="1D88D5B7" w14:textId="77777777" w:rsidR="00F9583A" w:rsidRDefault="00F9583A"/>
        </w:tc>
      </w:tr>
      <w:tr w:rsidR="00F9583A" w14:paraId="51991017" w14:textId="77777777">
        <w:trPr>
          <w:jc w:val="center"/>
        </w:trPr>
        <w:tc>
          <w:tcPr>
            <w:tcW w:w="3456" w:type="dxa"/>
            <w:shd w:val="clear" w:color="auto" w:fill="DCE6F1"/>
            <w:tcMar>
              <w:top w:w="90" w:type="dxa"/>
              <w:left w:w="100" w:type="dxa"/>
              <w:bottom w:w="90" w:type="dxa"/>
              <w:right w:w="100" w:type="dxa"/>
            </w:tcMar>
            <w:vAlign w:val="center"/>
          </w:tcPr>
          <w:p w14:paraId="0E7C43C4" w14:textId="77777777" w:rsidR="00F9583A" w:rsidRDefault="001D3E8F">
            <w:r>
              <w:rPr>
                <w:b/>
                <w:sz w:val="18"/>
              </w:rPr>
              <w:t>Special precautions/storage</w:t>
            </w:r>
          </w:p>
        </w:tc>
        <w:tc>
          <w:tcPr>
            <w:tcW w:w="6623" w:type="dxa"/>
            <w:tcMar>
              <w:top w:w="90" w:type="dxa"/>
              <w:left w:w="100" w:type="dxa"/>
              <w:bottom w:w="90" w:type="dxa"/>
              <w:right w:w="100" w:type="dxa"/>
            </w:tcMar>
            <w:vAlign w:val="center"/>
          </w:tcPr>
          <w:p w14:paraId="50406615" w14:textId="77777777" w:rsidR="00F9583A" w:rsidRDefault="00F9583A"/>
        </w:tc>
      </w:tr>
      <w:tr w:rsidR="00F9583A" w14:paraId="2E07360B" w14:textId="77777777">
        <w:trPr>
          <w:jc w:val="center"/>
        </w:trPr>
        <w:tc>
          <w:tcPr>
            <w:tcW w:w="3456" w:type="dxa"/>
            <w:shd w:val="clear" w:color="auto" w:fill="DCE6F1"/>
            <w:tcMar>
              <w:top w:w="90" w:type="dxa"/>
              <w:left w:w="100" w:type="dxa"/>
              <w:bottom w:w="90" w:type="dxa"/>
              <w:right w:w="100" w:type="dxa"/>
            </w:tcMar>
            <w:vAlign w:val="center"/>
          </w:tcPr>
          <w:p w14:paraId="780B21BC" w14:textId="77777777" w:rsidR="00F9583A" w:rsidRDefault="001D3E8F">
            <w:r>
              <w:rPr>
                <w:b/>
                <w:sz w:val="18"/>
              </w:rPr>
              <w:t>Known side effects</w:t>
            </w:r>
          </w:p>
        </w:tc>
        <w:tc>
          <w:tcPr>
            <w:tcW w:w="6623" w:type="dxa"/>
            <w:tcMar>
              <w:top w:w="90" w:type="dxa"/>
              <w:left w:w="100" w:type="dxa"/>
              <w:bottom w:w="90" w:type="dxa"/>
              <w:right w:w="100" w:type="dxa"/>
            </w:tcMar>
            <w:vAlign w:val="center"/>
          </w:tcPr>
          <w:p w14:paraId="5E1A3244" w14:textId="77777777" w:rsidR="00F9583A" w:rsidRDefault="00F9583A"/>
        </w:tc>
      </w:tr>
      <w:tr w:rsidR="00F9583A" w14:paraId="71E51E5E" w14:textId="77777777">
        <w:trPr>
          <w:jc w:val="center"/>
        </w:trPr>
        <w:tc>
          <w:tcPr>
            <w:tcW w:w="3456" w:type="dxa"/>
            <w:shd w:val="clear" w:color="auto" w:fill="DCE6F1"/>
            <w:tcMar>
              <w:top w:w="90" w:type="dxa"/>
              <w:left w:w="100" w:type="dxa"/>
              <w:bottom w:w="90" w:type="dxa"/>
              <w:right w:w="100" w:type="dxa"/>
            </w:tcMar>
            <w:vAlign w:val="center"/>
          </w:tcPr>
          <w:p w14:paraId="65B10794" w14:textId="77777777" w:rsidR="00F9583A" w:rsidRDefault="001D3E8F">
            <w:r>
              <w:rPr>
                <w:b/>
                <w:sz w:val="18"/>
              </w:rPr>
              <w:t>Self-administration</w:t>
            </w:r>
          </w:p>
        </w:tc>
        <w:tc>
          <w:tcPr>
            <w:tcW w:w="6623" w:type="dxa"/>
            <w:tcMar>
              <w:top w:w="90" w:type="dxa"/>
              <w:left w:w="100" w:type="dxa"/>
              <w:bottom w:w="90" w:type="dxa"/>
              <w:right w:w="100" w:type="dxa"/>
            </w:tcMar>
            <w:vAlign w:val="center"/>
          </w:tcPr>
          <w:p w14:paraId="537CB2D3" w14:textId="77777777" w:rsidR="00F9583A" w:rsidRDefault="001D3E8F">
            <w:r>
              <w:rPr>
                <w:sz w:val="18"/>
              </w:rPr>
              <w:t>Yes / No / With supervision</w:t>
            </w:r>
          </w:p>
        </w:tc>
      </w:tr>
      <w:tr w:rsidR="00F9583A" w14:paraId="3310FCDB" w14:textId="77777777">
        <w:trPr>
          <w:jc w:val="center"/>
        </w:trPr>
        <w:tc>
          <w:tcPr>
            <w:tcW w:w="3456" w:type="dxa"/>
            <w:shd w:val="clear" w:color="auto" w:fill="DCE6F1"/>
            <w:tcMar>
              <w:top w:w="90" w:type="dxa"/>
              <w:left w:w="100" w:type="dxa"/>
              <w:bottom w:w="90" w:type="dxa"/>
              <w:right w:w="100" w:type="dxa"/>
            </w:tcMar>
            <w:vAlign w:val="center"/>
          </w:tcPr>
          <w:p w14:paraId="7DCAF48E" w14:textId="77777777" w:rsidR="00F9583A" w:rsidRDefault="001D3E8F">
            <w:r>
              <w:rPr>
                <w:b/>
                <w:sz w:val="18"/>
              </w:rPr>
              <w:t>Emergency action</w:t>
            </w:r>
          </w:p>
        </w:tc>
        <w:tc>
          <w:tcPr>
            <w:tcW w:w="6623" w:type="dxa"/>
            <w:tcMar>
              <w:top w:w="90" w:type="dxa"/>
              <w:left w:w="100" w:type="dxa"/>
              <w:bottom w:w="90" w:type="dxa"/>
              <w:right w:w="100" w:type="dxa"/>
            </w:tcMar>
            <w:vAlign w:val="center"/>
          </w:tcPr>
          <w:p w14:paraId="6E14E7E4" w14:textId="77777777" w:rsidR="00F9583A" w:rsidRDefault="00F9583A"/>
        </w:tc>
      </w:tr>
      <w:tr w:rsidR="00F9583A" w14:paraId="516E0F84" w14:textId="77777777">
        <w:trPr>
          <w:jc w:val="center"/>
        </w:trPr>
        <w:tc>
          <w:tcPr>
            <w:tcW w:w="3456" w:type="dxa"/>
            <w:shd w:val="clear" w:color="auto" w:fill="DCE6F1"/>
            <w:tcMar>
              <w:top w:w="90" w:type="dxa"/>
              <w:left w:w="100" w:type="dxa"/>
              <w:bottom w:w="90" w:type="dxa"/>
              <w:right w:w="100" w:type="dxa"/>
            </w:tcMar>
            <w:vAlign w:val="center"/>
          </w:tcPr>
          <w:p w14:paraId="2DC12E1C" w14:textId="77777777" w:rsidR="00F9583A" w:rsidRDefault="001D3E8F">
            <w:r>
              <w:rPr>
                <w:b/>
                <w:sz w:val="18"/>
              </w:rPr>
              <w:t>Parent/carer name</w:t>
            </w:r>
          </w:p>
        </w:tc>
        <w:tc>
          <w:tcPr>
            <w:tcW w:w="6623" w:type="dxa"/>
            <w:tcMar>
              <w:top w:w="90" w:type="dxa"/>
              <w:left w:w="100" w:type="dxa"/>
              <w:bottom w:w="90" w:type="dxa"/>
              <w:right w:w="100" w:type="dxa"/>
            </w:tcMar>
            <w:vAlign w:val="center"/>
          </w:tcPr>
          <w:p w14:paraId="6712A5C3" w14:textId="77777777" w:rsidR="00F9583A" w:rsidRDefault="00F9583A"/>
        </w:tc>
      </w:tr>
      <w:tr w:rsidR="00F9583A" w14:paraId="19B6BE0A" w14:textId="77777777">
        <w:trPr>
          <w:jc w:val="center"/>
        </w:trPr>
        <w:tc>
          <w:tcPr>
            <w:tcW w:w="3456" w:type="dxa"/>
            <w:shd w:val="clear" w:color="auto" w:fill="DCE6F1"/>
            <w:tcMar>
              <w:top w:w="90" w:type="dxa"/>
              <w:left w:w="100" w:type="dxa"/>
              <w:bottom w:w="90" w:type="dxa"/>
              <w:right w:w="100" w:type="dxa"/>
            </w:tcMar>
            <w:vAlign w:val="center"/>
          </w:tcPr>
          <w:p w14:paraId="06562774" w14:textId="77777777" w:rsidR="00F9583A" w:rsidRDefault="001D3E8F">
            <w:r>
              <w:rPr>
                <w:b/>
                <w:sz w:val="18"/>
              </w:rPr>
              <w:t>Daytime telephone</w:t>
            </w:r>
          </w:p>
        </w:tc>
        <w:tc>
          <w:tcPr>
            <w:tcW w:w="6623" w:type="dxa"/>
            <w:tcMar>
              <w:top w:w="90" w:type="dxa"/>
              <w:left w:w="100" w:type="dxa"/>
              <w:bottom w:w="90" w:type="dxa"/>
              <w:right w:w="100" w:type="dxa"/>
            </w:tcMar>
            <w:vAlign w:val="center"/>
          </w:tcPr>
          <w:p w14:paraId="32344138" w14:textId="77777777" w:rsidR="00F9583A" w:rsidRDefault="00F9583A"/>
        </w:tc>
      </w:tr>
      <w:tr w:rsidR="00F9583A" w14:paraId="0AC35CA5" w14:textId="77777777">
        <w:trPr>
          <w:jc w:val="center"/>
        </w:trPr>
        <w:tc>
          <w:tcPr>
            <w:tcW w:w="3456" w:type="dxa"/>
            <w:shd w:val="clear" w:color="auto" w:fill="DCE6F1"/>
            <w:tcMar>
              <w:top w:w="90" w:type="dxa"/>
              <w:left w:w="100" w:type="dxa"/>
              <w:bottom w:w="90" w:type="dxa"/>
              <w:right w:w="100" w:type="dxa"/>
            </w:tcMar>
            <w:vAlign w:val="center"/>
          </w:tcPr>
          <w:p w14:paraId="12A53E0F" w14:textId="77777777" w:rsidR="00F9583A" w:rsidRDefault="001D3E8F">
            <w:r>
              <w:rPr>
                <w:b/>
                <w:sz w:val="18"/>
              </w:rPr>
              <w:t>Relationship to pupil</w:t>
            </w:r>
          </w:p>
        </w:tc>
        <w:tc>
          <w:tcPr>
            <w:tcW w:w="6623" w:type="dxa"/>
            <w:tcMar>
              <w:top w:w="90" w:type="dxa"/>
              <w:left w:w="100" w:type="dxa"/>
              <w:bottom w:w="90" w:type="dxa"/>
              <w:right w:w="100" w:type="dxa"/>
            </w:tcMar>
            <w:vAlign w:val="center"/>
          </w:tcPr>
          <w:p w14:paraId="684A704E" w14:textId="77777777" w:rsidR="00F9583A" w:rsidRDefault="00F9583A"/>
        </w:tc>
      </w:tr>
      <w:tr w:rsidR="00F9583A" w14:paraId="0DA7A3C1" w14:textId="77777777">
        <w:trPr>
          <w:jc w:val="center"/>
        </w:trPr>
        <w:tc>
          <w:tcPr>
            <w:tcW w:w="3456" w:type="dxa"/>
            <w:shd w:val="clear" w:color="auto" w:fill="DCE6F1"/>
            <w:tcMar>
              <w:top w:w="90" w:type="dxa"/>
              <w:left w:w="100" w:type="dxa"/>
              <w:bottom w:w="90" w:type="dxa"/>
              <w:right w:w="100" w:type="dxa"/>
            </w:tcMar>
            <w:vAlign w:val="center"/>
          </w:tcPr>
          <w:p w14:paraId="03C5E689" w14:textId="77777777" w:rsidR="00F9583A" w:rsidRDefault="001D3E8F">
            <w:r>
              <w:rPr>
                <w:b/>
                <w:sz w:val="18"/>
              </w:rPr>
              <w:t>Medicine delivered to</w:t>
            </w:r>
          </w:p>
        </w:tc>
        <w:tc>
          <w:tcPr>
            <w:tcW w:w="6623" w:type="dxa"/>
            <w:tcMar>
              <w:top w:w="90" w:type="dxa"/>
              <w:left w:w="100" w:type="dxa"/>
              <w:bottom w:w="90" w:type="dxa"/>
              <w:right w:w="100" w:type="dxa"/>
            </w:tcMar>
            <w:vAlign w:val="center"/>
          </w:tcPr>
          <w:p w14:paraId="5A29B8E9" w14:textId="77777777" w:rsidR="00F9583A" w:rsidRDefault="00F9583A"/>
        </w:tc>
      </w:tr>
      <w:tr w:rsidR="00F9583A" w14:paraId="16D28DD8" w14:textId="77777777">
        <w:trPr>
          <w:jc w:val="center"/>
        </w:trPr>
        <w:tc>
          <w:tcPr>
            <w:tcW w:w="3456" w:type="dxa"/>
            <w:shd w:val="clear" w:color="auto" w:fill="DCE6F1"/>
            <w:tcMar>
              <w:top w:w="90" w:type="dxa"/>
              <w:left w:w="100" w:type="dxa"/>
              <w:bottom w:w="90" w:type="dxa"/>
              <w:right w:w="100" w:type="dxa"/>
            </w:tcMar>
            <w:vAlign w:val="center"/>
          </w:tcPr>
          <w:p w14:paraId="7341E62C" w14:textId="77777777" w:rsidR="00F9583A" w:rsidRDefault="001D3E8F">
            <w:r>
              <w:rPr>
                <w:b/>
                <w:sz w:val="18"/>
              </w:rPr>
              <w:t>Quantity received</w:t>
            </w:r>
          </w:p>
        </w:tc>
        <w:tc>
          <w:tcPr>
            <w:tcW w:w="6623" w:type="dxa"/>
            <w:tcMar>
              <w:top w:w="90" w:type="dxa"/>
              <w:left w:w="100" w:type="dxa"/>
              <w:bottom w:w="90" w:type="dxa"/>
              <w:right w:w="100" w:type="dxa"/>
            </w:tcMar>
            <w:vAlign w:val="center"/>
          </w:tcPr>
          <w:p w14:paraId="422815A1" w14:textId="77777777" w:rsidR="00F9583A" w:rsidRDefault="00F9583A"/>
        </w:tc>
      </w:tr>
    </w:tbl>
    <w:p w14:paraId="26984E78" w14:textId="77777777" w:rsidR="00F9583A" w:rsidRDefault="00F9583A">
      <w:pPr>
        <w:spacing w:after="20"/>
      </w:pPr>
    </w:p>
    <w:p w14:paraId="3C071182" w14:textId="77777777" w:rsidR="00F9583A" w:rsidRDefault="001D3E8F">
      <w:pPr>
        <w:spacing w:after="100" w:line="252" w:lineRule="auto"/>
      </w:pPr>
      <w:r>
        <w:rPr>
          <w:i/>
        </w:rPr>
        <w:t>I confirm that the information given is accurate and consent to academy staff administering the medicine in accordance with the academy policy and the prescriber’s instructions. I will notify the academy immediately, in writing, of any change.</w:t>
      </w:r>
    </w:p>
    <w:tbl>
      <w:tblPr>
        <w:tblStyle w:val="TableGrid"/>
        <w:tblW w:w="0" w:type="auto"/>
        <w:jc w:val="center"/>
        <w:tblLook w:val="04A0" w:firstRow="1" w:lastRow="0" w:firstColumn="1" w:lastColumn="0" w:noHBand="0" w:noVBand="1"/>
      </w:tblPr>
      <w:tblGrid>
        <w:gridCol w:w="3456"/>
        <w:gridCol w:w="6623"/>
      </w:tblGrid>
      <w:tr w:rsidR="00F9583A" w14:paraId="279866B0" w14:textId="77777777">
        <w:trPr>
          <w:jc w:val="center"/>
        </w:trPr>
        <w:tc>
          <w:tcPr>
            <w:tcW w:w="3456" w:type="dxa"/>
            <w:shd w:val="clear" w:color="auto" w:fill="DCE6F1"/>
            <w:tcMar>
              <w:top w:w="90" w:type="dxa"/>
              <w:left w:w="100" w:type="dxa"/>
              <w:bottom w:w="90" w:type="dxa"/>
              <w:right w:w="100" w:type="dxa"/>
            </w:tcMar>
            <w:vAlign w:val="center"/>
          </w:tcPr>
          <w:p w14:paraId="76377FBD" w14:textId="77777777" w:rsidR="00F9583A" w:rsidRDefault="001D3E8F">
            <w:r>
              <w:rPr>
                <w:b/>
                <w:sz w:val="18"/>
              </w:rPr>
              <w:t>Parent/carer signature</w:t>
            </w:r>
          </w:p>
        </w:tc>
        <w:tc>
          <w:tcPr>
            <w:tcW w:w="6623" w:type="dxa"/>
            <w:tcMar>
              <w:top w:w="90" w:type="dxa"/>
              <w:left w:w="100" w:type="dxa"/>
              <w:bottom w:w="90" w:type="dxa"/>
              <w:right w:w="100" w:type="dxa"/>
            </w:tcMar>
            <w:vAlign w:val="center"/>
          </w:tcPr>
          <w:p w14:paraId="4A2C7BDB" w14:textId="77777777" w:rsidR="00F9583A" w:rsidRDefault="00F9583A"/>
        </w:tc>
      </w:tr>
      <w:tr w:rsidR="00F9583A" w14:paraId="09BC10DA" w14:textId="77777777">
        <w:trPr>
          <w:jc w:val="center"/>
        </w:trPr>
        <w:tc>
          <w:tcPr>
            <w:tcW w:w="3456" w:type="dxa"/>
            <w:shd w:val="clear" w:color="auto" w:fill="DCE6F1"/>
            <w:tcMar>
              <w:top w:w="90" w:type="dxa"/>
              <w:left w:w="100" w:type="dxa"/>
              <w:bottom w:w="90" w:type="dxa"/>
              <w:right w:w="100" w:type="dxa"/>
            </w:tcMar>
            <w:vAlign w:val="center"/>
          </w:tcPr>
          <w:p w14:paraId="1CA83785" w14:textId="77777777" w:rsidR="00F9583A" w:rsidRDefault="001D3E8F">
            <w:r>
              <w:rPr>
                <w:b/>
                <w:sz w:val="18"/>
              </w:rPr>
              <w:t>Date</w:t>
            </w:r>
          </w:p>
        </w:tc>
        <w:tc>
          <w:tcPr>
            <w:tcW w:w="6623" w:type="dxa"/>
            <w:tcMar>
              <w:top w:w="90" w:type="dxa"/>
              <w:left w:w="100" w:type="dxa"/>
              <w:bottom w:w="90" w:type="dxa"/>
              <w:right w:w="100" w:type="dxa"/>
            </w:tcMar>
            <w:vAlign w:val="center"/>
          </w:tcPr>
          <w:p w14:paraId="7C66AB06" w14:textId="77777777" w:rsidR="00F9583A" w:rsidRDefault="00F9583A"/>
        </w:tc>
      </w:tr>
      <w:tr w:rsidR="00F9583A" w14:paraId="6B6FD589" w14:textId="77777777">
        <w:trPr>
          <w:jc w:val="center"/>
        </w:trPr>
        <w:tc>
          <w:tcPr>
            <w:tcW w:w="3456" w:type="dxa"/>
            <w:shd w:val="clear" w:color="auto" w:fill="DCE6F1"/>
            <w:tcMar>
              <w:top w:w="90" w:type="dxa"/>
              <w:left w:w="100" w:type="dxa"/>
              <w:bottom w:w="90" w:type="dxa"/>
              <w:right w:w="100" w:type="dxa"/>
            </w:tcMar>
            <w:vAlign w:val="center"/>
          </w:tcPr>
          <w:p w14:paraId="0EDF1E7D" w14:textId="77777777" w:rsidR="00F9583A" w:rsidRDefault="001D3E8F">
            <w:r>
              <w:rPr>
                <w:b/>
                <w:sz w:val="18"/>
              </w:rPr>
              <w:t>Agreed by academy</w:t>
            </w:r>
          </w:p>
        </w:tc>
        <w:tc>
          <w:tcPr>
            <w:tcW w:w="6623" w:type="dxa"/>
            <w:tcMar>
              <w:top w:w="90" w:type="dxa"/>
              <w:left w:w="100" w:type="dxa"/>
              <w:bottom w:w="90" w:type="dxa"/>
              <w:right w:w="100" w:type="dxa"/>
            </w:tcMar>
            <w:vAlign w:val="center"/>
          </w:tcPr>
          <w:p w14:paraId="20A16A18" w14:textId="77777777" w:rsidR="00F9583A" w:rsidRDefault="00F9583A"/>
        </w:tc>
      </w:tr>
      <w:tr w:rsidR="00F9583A" w14:paraId="56E00672" w14:textId="77777777">
        <w:trPr>
          <w:jc w:val="center"/>
        </w:trPr>
        <w:tc>
          <w:tcPr>
            <w:tcW w:w="3456" w:type="dxa"/>
            <w:shd w:val="clear" w:color="auto" w:fill="DCE6F1"/>
            <w:tcMar>
              <w:top w:w="90" w:type="dxa"/>
              <w:left w:w="100" w:type="dxa"/>
              <w:bottom w:w="90" w:type="dxa"/>
              <w:right w:w="100" w:type="dxa"/>
            </w:tcMar>
            <w:vAlign w:val="center"/>
          </w:tcPr>
          <w:p w14:paraId="3C5FD92A" w14:textId="77777777" w:rsidR="00F9583A" w:rsidRDefault="001D3E8F">
            <w:r>
              <w:rPr>
                <w:b/>
                <w:sz w:val="18"/>
              </w:rPr>
              <w:t>Date</w:t>
            </w:r>
          </w:p>
        </w:tc>
        <w:tc>
          <w:tcPr>
            <w:tcW w:w="6623" w:type="dxa"/>
            <w:tcMar>
              <w:top w:w="90" w:type="dxa"/>
              <w:left w:w="100" w:type="dxa"/>
              <w:bottom w:w="90" w:type="dxa"/>
              <w:right w:w="100" w:type="dxa"/>
            </w:tcMar>
            <w:vAlign w:val="center"/>
          </w:tcPr>
          <w:p w14:paraId="441AE56B" w14:textId="77777777" w:rsidR="00F9583A" w:rsidRDefault="00F9583A"/>
        </w:tc>
      </w:tr>
    </w:tbl>
    <w:p w14:paraId="6B6435AD" w14:textId="77777777" w:rsidR="00F9583A" w:rsidRDefault="00F9583A">
      <w:pPr>
        <w:spacing w:after="20"/>
      </w:pPr>
    </w:p>
    <w:p w14:paraId="7E6C2E1F" w14:textId="77777777" w:rsidR="00F9583A" w:rsidRDefault="001D3E8F">
      <w:r>
        <w:br w:type="page"/>
      </w:r>
    </w:p>
    <w:p w14:paraId="17325A45" w14:textId="77777777" w:rsidR="00F9583A" w:rsidRDefault="001D3E8F">
      <w:pPr>
        <w:pStyle w:val="Heading1"/>
      </w:pPr>
      <w:r>
        <w:lastRenderedPageBreak/>
        <w:t>Template C: Record of medicine administered to an individual pupil</w:t>
      </w:r>
    </w:p>
    <w:tbl>
      <w:tblPr>
        <w:tblStyle w:val="TableGrid"/>
        <w:tblW w:w="0" w:type="auto"/>
        <w:jc w:val="center"/>
        <w:tblLook w:val="04A0" w:firstRow="1" w:lastRow="0" w:firstColumn="1" w:lastColumn="0" w:noHBand="0" w:noVBand="1"/>
      </w:tblPr>
      <w:tblGrid>
        <w:gridCol w:w="3456"/>
        <w:gridCol w:w="6623"/>
      </w:tblGrid>
      <w:tr w:rsidR="00F9583A" w14:paraId="52346393" w14:textId="77777777">
        <w:trPr>
          <w:jc w:val="center"/>
        </w:trPr>
        <w:tc>
          <w:tcPr>
            <w:tcW w:w="3456" w:type="dxa"/>
            <w:shd w:val="clear" w:color="auto" w:fill="DCE6F1"/>
            <w:tcMar>
              <w:top w:w="90" w:type="dxa"/>
              <w:left w:w="100" w:type="dxa"/>
              <w:bottom w:w="90" w:type="dxa"/>
              <w:right w:w="100" w:type="dxa"/>
            </w:tcMar>
            <w:vAlign w:val="center"/>
          </w:tcPr>
          <w:p w14:paraId="01BDB80D" w14:textId="77777777" w:rsidR="00F9583A" w:rsidRDefault="001D3E8F">
            <w:r>
              <w:rPr>
                <w:b/>
                <w:sz w:val="18"/>
              </w:rPr>
              <w:t>Name of academy/setting</w:t>
            </w:r>
          </w:p>
        </w:tc>
        <w:tc>
          <w:tcPr>
            <w:tcW w:w="6623" w:type="dxa"/>
            <w:tcMar>
              <w:top w:w="90" w:type="dxa"/>
              <w:left w:w="100" w:type="dxa"/>
              <w:bottom w:w="90" w:type="dxa"/>
              <w:right w:w="100" w:type="dxa"/>
            </w:tcMar>
            <w:vAlign w:val="center"/>
          </w:tcPr>
          <w:p w14:paraId="664A79ED" w14:textId="2ED0FD86" w:rsidR="00F9583A" w:rsidRDefault="00642D81">
            <w:r>
              <w:rPr>
                <w:sz w:val="18"/>
              </w:rPr>
              <w:t>Horizons</w:t>
            </w:r>
            <w:r w:rsidR="001D3E8F">
              <w:rPr>
                <w:sz w:val="18"/>
              </w:rPr>
              <w:t xml:space="preserve"> Academy</w:t>
            </w:r>
          </w:p>
        </w:tc>
      </w:tr>
      <w:tr w:rsidR="00F9583A" w14:paraId="086CE3BD" w14:textId="77777777">
        <w:trPr>
          <w:jc w:val="center"/>
        </w:trPr>
        <w:tc>
          <w:tcPr>
            <w:tcW w:w="3456" w:type="dxa"/>
            <w:shd w:val="clear" w:color="auto" w:fill="DCE6F1"/>
            <w:tcMar>
              <w:top w:w="90" w:type="dxa"/>
              <w:left w:w="100" w:type="dxa"/>
              <w:bottom w:w="90" w:type="dxa"/>
              <w:right w:w="100" w:type="dxa"/>
            </w:tcMar>
            <w:vAlign w:val="center"/>
          </w:tcPr>
          <w:p w14:paraId="3EDCCD27" w14:textId="77777777" w:rsidR="00F9583A" w:rsidRDefault="001D3E8F">
            <w:r>
              <w:rPr>
                <w:b/>
                <w:sz w:val="18"/>
              </w:rPr>
              <w:t>Pupil’s name</w:t>
            </w:r>
          </w:p>
        </w:tc>
        <w:tc>
          <w:tcPr>
            <w:tcW w:w="6623" w:type="dxa"/>
            <w:tcMar>
              <w:top w:w="90" w:type="dxa"/>
              <w:left w:w="100" w:type="dxa"/>
              <w:bottom w:w="90" w:type="dxa"/>
              <w:right w:w="100" w:type="dxa"/>
            </w:tcMar>
            <w:vAlign w:val="center"/>
          </w:tcPr>
          <w:p w14:paraId="37B72756" w14:textId="77777777" w:rsidR="00F9583A" w:rsidRDefault="00F9583A"/>
        </w:tc>
      </w:tr>
      <w:tr w:rsidR="00F9583A" w14:paraId="1BA30041" w14:textId="77777777">
        <w:trPr>
          <w:jc w:val="center"/>
        </w:trPr>
        <w:tc>
          <w:tcPr>
            <w:tcW w:w="3456" w:type="dxa"/>
            <w:shd w:val="clear" w:color="auto" w:fill="DCE6F1"/>
            <w:tcMar>
              <w:top w:w="90" w:type="dxa"/>
              <w:left w:w="100" w:type="dxa"/>
              <w:bottom w:w="90" w:type="dxa"/>
              <w:right w:w="100" w:type="dxa"/>
            </w:tcMar>
            <w:vAlign w:val="center"/>
          </w:tcPr>
          <w:p w14:paraId="546986CD" w14:textId="77777777" w:rsidR="00F9583A" w:rsidRDefault="001D3E8F">
            <w:r>
              <w:rPr>
                <w:b/>
                <w:sz w:val="18"/>
              </w:rPr>
              <w:t>Group/class/form</w:t>
            </w:r>
          </w:p>
        </w:tc>
        <w:tc>
          <w:tcPr>
            <w:tcW w:w="6623" w:type="dxa"/>
            <w:tcMar>
              <w:top w:w="90" w:type="dxa"/>
              <w:left w:w="100" w:type="dxa"/>
              <w:bottom w:w="90" w:type="dxa"/>
              <w:right w:w="100" w:type="dxa"/>
            </w:tcMar>
            <w:vAlign w:val="center"/>
          </w:tcPr>
          <w:p w14:paraId="6F6548B3" w14:textId="77777777" w:rsidR="00F9583A" w:rsidRDefault="00F9583A"/>
        </w:tc>
      </w:tr>
      <w:tr w:rsidR="00F9583A" w14:paraId="43C90D1F" w14:textId="77777777">
        <w:trPr>
          <w:jc w:val="center"/>
        </w:trPr>
        <w:tc>
          <w:tcPr>
            <w:tcW w:w="3456" w:type="dxa"/>
            <w:shd w:val="clear" w:color="auto" w:fill="DCE6F1"/>
            <w:tcMar>
              <w:top w:w="90" w:type="dxa"/>
              <w:left w:w="100" w:type="dxa"/>
              <w:bottom w:w="90" w:type="dxa"/>
              <w:right w:w="100" w:type="dxa"/>
            </w:tcMar>
            <w:vAlign w:val="center"/>
          </w:tcPr>
          <w:p w14:paraId="574D6F97" w14:textId="77777777" w:rsidR="00F9583A" w:rsidRDefault="001D3E8F">
            <w:r>
              <w:rPr>
                <w:b/>
                <w:sz w:val="18"/>
              </w:rPr>
              <w:t>Medicine and strength</w:t>
            </w:r>
          </w:p>
        </w:tc>
        <w:tc>
          <w:tcPr>
            <w:tcW w:w="6623" w:type="dxa"/>
            <w:tcMar>
              <w:top w:w="90" w:type="dxa"/>
              <w:left w:w="100" w:type="dxa"/>
              <w:bottom w:w="90" w:type="dxa"/>
              <w:right w:w="100" w:type="dxa"/>
            </w:tcMar>
            <w:vAlign w:val="center"/>
          </w:tcPr>
          <w:p w14:paraId="50BED39D" w14:textId="77777777" w:rsidR="00F9583A" w:rsidRDefault="00F9583A"/>
        </w:tc>
      </w:tr>
      <w:tr w:rsidR="00F9583A" w14:paraId="1BBF512C" w14:textId="77777777">
        <w:trPr>
          <w:jc w:val="center"/>
        </w:trPr>
        <w:tc>
          <w:tcPr>
            <w:tcW w:w="3456" w:type="dxa"/>
            <w:shd w:val="clear" w:color="auto" w:fill="DCE6F1"/>
            <w:tcMar>
              <w:top w:w="90" w:type="dxa"/>
              <w:left w:w="100" w:type="dxa"/>
              <w:bottom w:w="90" w:type="dxa"/>
              <w:right w:w="100" w:type="dxa"/>
            </w:tcMar>
            <w:vAlign w:val="center"/>
          </w:tcPr>
          <w:p w14:paraId="130924FF" w14:textId="77777777" w:rsidR="00F9583A" w:rsidRDefault="001D3E8F">
            <w:r>
              <w:rPr>
                <w:b/>
                <w:sz w:val="18"/>
              </w:rPr>
              <w:t>Dose and frequency</w:t>
            </w:r>
          </w:p>
        </w:tc>
        <w:tc>
          <w:tcPr>
            <w:tcW w:w="6623" w:type="dxa"/>
            <w:tcMar>
              <w:top w:w="90" w:type="dxa"/>
              <w:left w:w="100" w:type="dxa"/>
              <w:bottom w:w="90" w:type="dxa"/>
              <w:right w:w="100" w:type="dxa"/>
            </w:tcMar>
            <w:vAlign w:val="center"/>
          </w:tcPr>
          <w:p w14:paraId="60DD1018" w14:textId="77777777" w:rsidR="00F9583A" w:rsidRDefault="00F9583A"/>
        </w:tc>
      </w:tr>
      <w:tr w:rsidR="00F9583A" w14:paraId="5FE757EE" w14:textId="77777777">
        <w:trPr>
          <w:jc w:val="center"/>
        </w:trPr>
        <w:tc>
          <w:tcPr>
            <w:tcW w:w="3456" w:type="dxa"/>
            <w:shd w:val="clear" w:color="auto" w:fill="DCE6F1"/>
            <w:tcMar>
              <w:top w:w="90" w:type="dxa"/>
              <w:left w:w="100" w:type="dxa"/>
              <w:bottom w:w="90" w:type="dxa"/>
              <w:right w:w="100" w:type="dxa"/>
            </w:tcMar>
            <w:vAlign w:val="center"/>
          </w:tcPr>
          <w:p w14:paraId="1599C068" w14:textId="77777777" w:rsidR="00F9583A" w:rsidRDefault="001D3E8F">
            <w:r>
              <w:rPr>
                <w:b/>
                <w:sz w:val="18"/>
              </w:rPr>
              <w:t>Date received</w:t>
            </w:r>
          </w:p>
        </w:tc>
        <w:tc>
          <w:tcPr>
            <w:tcW w:w="6623" w:type="dxa"/>
            <w:tcMar>
              <w:top w:w="90" w:type="dxa"/>
              <w:left w:w="100" w:type="dxa"/>
              <w:bottom w:w="90" w:type="dxa"/>
              <w:right w:w="100" w:type="dxa"/>
            </w:tcMar>
            <w:vAlign w:val="center"/>
          </w:tcPr>
          <w:p w14:paraId="46770AD5" w14:textId="77777777" w:rsidR="00F9583A" w:rsidRDefault="00F9583A"/>
        </w:tc>
      </w:tr>
      <w:tr w:rsidR="00F9583A" w14:paraId="10AE1655" w14:textId="77777777">
        <w:trPr>
          <w:jc w:val="center"/>
        </w:trPr>
        <w:tc>
          <w:tcPr>
            <w:tcW w:w="3456" w:type="dxa"/>
            <w:shd w:val="clear" w:color="auto" w:fill="DCE6F1"/>
            <w:tcMar>
              <w:top w:w="90" w:type="dxa"/>
              <w:left w:w="100" w:type="dxa"/>
              <w:bottom w:w="90" w:type="dxa"/>
              <w:right w:w="100" w:type="dxa"/>
            </w:tcMar>
            <w:vAlign w:val="center"/>
          </w:tcPr>
          <w:p w14:paraId="49253B66" w14:textId="77777777" w:rsidR="00F9583A" w:rsidRDefault="001D3E8F">
            <w:r>
              <w:rPr>
                <w:b/>
                <w:sz w:val="18"/>
              </w:rPr>
              <w:t>Quantity received</w:t>
            </w:r>
          </w:p>
        </w:tc>
        <w:tc>
          <w:tcPr>
            <w:tcW w:w="6623" w:type="dxa"/>
            <w:tcMar>
              <w:top w:w="90" w:type="dxa"/>
              <w:left w:w="100" w:type="dxa"/>
              <w:bottom w:w="90" w:type="dxa"/>
              <w:right w:w="100" w:type="dxa"/>
            </w:tcMar>
            <w:vAlign w:val="center"/>
          </w:tcPr>
          <w:p w14:paraId="34648E26" w14:textId="77777777" w:rsidR="00F9583A" w:rsidRDefault="00F9583A"/>
        </w:tc>
      </w:tr>
      <w:tr w:rsidR="00F9583A" w14:paraId="38D87D35" w14:textId="77777777">
        <w:trPr>
          <w:jc w:val="center"/>
        </w:trPr>
        <w:tc>
          <w:tcPr>
            <w:tcW w:w="3456" w:type="dxa"/>
            <w:shd w:val="clear" w:color="auto" w:fill="DCE6F1"/>
            <w:tcMar>
              <w:top w:w="90" w:type="dxa"/>
              <w:left w:w="100" w:type="dxa"/>
              <w:bottom w:w="90" w:type="dxa"/>
              <w:right w:w="100" w:type="dxa"/>
            </w:tcMar>
            <w:vAlign w:val="center"/>
          </w:tcPr>
          <w:p w14:paraId="019B7C25" w14:textId="77777777" w:rsidR="00F9583A" w:rsidRDefault="001D3E8F">
            <w:r>
              <w:rPr>
                <w:b/>
                <w:sz w:val="18"/>
              </w:rPr>
              <w:t>Expiry date</w:t>
            </w:r>
          </w:p>
        </w:tc>
        <w:tc>
          <w:tcPr>
            <w:tcW w:w="6623" w:type="dxa"/>
            <w:tcMar>
              <w:top w:w="90" w:type="dxa"/>
              <w:left w:w="100" w:type="dxa"/>
              <w:bottom w:w="90" w:type="dxa"/>
              <w:right w:w="100" w:type="dxa"/>
            </w:tcMar>
            <w:vAlign w:val="center"/>
          </w:tcPr>
          <w:p w14:paraId="44F652EF" w14:textId="77777777" w:rsidR="00F9583A" w:rsidRDefault="00F9583A"/>
        </w:tc>
      </w:tr>
      <w:tr w:rsidR="00F9583A" w14:paraId="0DBB5350" w14:textId="77777777">
        <w:trPr>
          <w:jc w:val="center"/>
        </w:trPr>
        <w:tc>
          <w:tcPr>
            <w:tcW w:w="3456" w:type="dxa"/>
            <w:shd w:val="clear" w:color="auto" w:fill="DCE6F1"/>
            <w:tcMar>
              <w:top w:w="90" w:type="dxa"/>
              <w:left w:w="100" w:type="dxa"/>
              <w:bottom w:w="90" w:type="dxa"/>
              <w:right w:w="100" w:type="dxa"/>
            </w:tcMar>
            <w:vAlign w:val="center"/>
          </w:tcPr>
          <w:p w14:paraId="64482C26" w14:textId="77777777" w:rsidR="00F9583A" w:rsidRDefault="001D3E8F">
            <w:r>
              <w:rPr>
                <w:b/>
                <w:sz w:val="18"/>
              </w:rPr>
              <w:t>Quantity returned</w:t>
            </w:r>
          </w:p>
        </w:tc>
        <w:tc>
          <w:tcPr>
            <w:tcW w:w="6623" w:type="dxa"/>
            <w:tcMar>
              <w:top w:w="90" w:type="dxa"/>
              <w:left w:w="100" w:type="dxa"/>
              <w:bottom w:w="90" w:type="dxa"/>
              <w:right w:w="100" w:type="dxa"/>
            </w:tcMar>
            <w:vAlign w:val="center"/>
          </w:tcPr>
          <w:p w14:paraId="3FD29C19" w14:textId="77777777" w:rsidR="00F9583A" w:rsidRDefault="00F9583A"/>
        </w:tc>
      </w:tr>
    </w:tbl>
    <w:p w14:paraId="6677CA93" w14:textId="77777777" w:rsidR="00F9583A" w:rsidRDefault="00F9583A">
      <w:pPr>
        <w:spacing w:after="20"/>
      </w:pPr>
    </w:p>
    <w:tbl>
      <w:tblPr>
        <w:tblStyle w:val="TableGrid"/>
        <w:tblW w:w="0" w:type="auto"/>
        <w:jc w:val="center"/>
        <w:tblLook w:val="04A0" w:firstRow="1" w:lastRow="0" w:firstColumn="1" w:lastColumn="0" w:noHBand="0" w:noVBand="1"/>
      </w:tblPr>
      <w:tblGrid>
        <w:gridCol w:w="1374"/>
        <w:gridCol w:w="1376"/>
        <w:gridCol w:w="1378"/>
        <w:gridCol w:w="1383"/>
        <w:gridCol w:w="1379"/>
        <w:gridCol w:w="1390"/>
        <w:gridCol w:w="2078"/>
      </w:tblGrid>
      <w:tr w:rsidR="00F9583A" w14:paraId="2B787731" w14:textId="77777777">
        <w:trPr>
          <w:jc w:val="center"/>
        </w:trPr>
        <w:tc>
          <w:tcPr>
            <w:tcW w:w="1481" w:type="dxa"/>
            <w:shd w:val="clear" w:color="auto" w:fill="104F75"/>
            <w:tcMar>
              <w:top w:w="90" w:type="dxa"/>
              <w:left w:w="100" w:type="dxa"/>
              <w:bottom w:w="90" w:type="dxa"/>
              <w:right w:w="100" w:type="dxa"/>
            </w:tcMar>
            <w:vAlign w:val="center"/>
          </w:tcPr>
          <w:p w14:paraId="1CA3512E" w14:textId="77777777" w:rsidR="00F9583A" w:rsidRDefault="001D3E8F">
            <w:pPr>
              <w:jc w:val="center"/>
            </w:pPr>
            <w:r>
              <w:rPr>
                <w:b/>
                <w:color w:val="FFFFFF"/>
                <w:sz w:val="16"/>
              </w:rPr>
              <w:t>Date</w:t>
            </w:r>
          </w:p>
        </w:tc>
        <w:tc>
          <w:tcPr>
            <w:tcW w:w="1481" w:type="dxa"/>
            <w:shd w:val="clear" w:color="auto" w:fill="104F75"/>
            <w:tcMar>
              <w:top w:w="90" w:type="dxa"/>
              <w:left w:w="100" w:type="dxa"/>
              <w:bottom w:w="90" w:type="dxa"/>
              <w:right w:w="100" w:type="dxa"/>
            </w:tcMar>
            <w:vAlign w:val="center"/>
          </w:tcPr>
          <w:p w14:paraId="406E1B24" w14:textId="77777777" w:rsidR="00F9583A" w:rsidRDefault="001D3E8F">
            <w:pPr>
              <w:jc w:val="center"/>
            </w:pPr>
            <w:r>
              <w:rPr>
                <w:b/>
                <w:color w:val="FFFFFF"/>
                <w:sz w:val="16"/>
              </w:rPr>
              <w:t>Time</w:t>
            </w:r>
          </w:p>
        </w:tc>
        <w:tc>
          <w:tcPr>
            <w:tcW w:w="1481" w:type="dxa"/>
            <w:shd w:val="clear" w:color="auto" w:fill="104F75"/>
            <w:tcMar>
              <w:top w:w="90" w:type="dxa"/>
              <w:left w:w="100" w:type="dxa"/>
              <w:bottom w:w="90" w:type="dxa"/>
              <w:right w:w="100" w:type="dxa"/>
            </w:tcMar>
            <w:vAlign w:val="center"/>
          </w:tcPr>
          <w:p w14:paraId="5B140E37" w14:textId="77777777" w:rsidR="00F9583A" w:rsidRDefault="001D3E8F">
            <w:pPr>
              <w:jc w:val="center"/>
            </w:pPr>
            <w:r>
              <w:rPr>
                <w:b/>
                <w:color w:val="FFFFFF"/>
                <w:sz w:val="16"/>
              </w:rPr>
              <w:t>Dose</w:t>
            </w:r>
          </w:p>
        </w:tc>
        <w:tc>
          <w:tcPr>
            <w:tcW w:w="1481" w:type="dxa"/>
            <w:shd w:val="clear" w:color="auto" w:fill="104F75"/>
            <w:tcMar>
              <w:top w:w="90" w:type="dxa"/>
              <w:left w:w="100" w:type="dxa"/>
              <w:bottom w:w="90" w:type="dxa"/>
              <w:right w:w="100" w:type="dxa"/>
            </w:tcMar>
            <w:vAlign w:val="center"/>
          </w:tcPr>
          <w:p w14:paraId="2B724187" w14:textId="77777777" w:rsidR="00F9583A" w:rsidRDefault="001D3E8F">
            <w:pPr>
              <w:jc w:val="center"/>
            </w:pPr>
            <w:r>
              <w:rPr>
                <w:b/>
                <w:color w:val="FFFFFF"/>
                <w:sz w:val="16"/>
              </w:rPr>
              <w:t>Route</w:t>
            </w:r>
          </w:p>
        </w:tc>
        <w:tc>
          <w:tcPr>
            <w:tcW w:w="1481" w:type="dxa"/>
            <w:shd w:val="clear" w:color="auto" w:fill="104F75"/>
            <w:tcMar>
              <w:top w:w="90" w:type="dxa"/>
              <w:left w:w="100" w:type="dxa"/>
              <w:bottom w:w="90" w:type="dxa"/>
              <w:right w:w="100" w:type="dxa"/>
            </w:tcMar>
            <w:vAlign w:val="center"/>
          </w:tcPr>
          <w:p w14:paraId="5948A0F2" w14:textId="77777777" w:rsidR="00F9583A" w:rsidRDefault="001D3E8F">
            <w:pPr>
              <w:jc w:val="center"/>
            </w:pPr>
            <w:r>
              <w:rPr>
                <w:b/>
                <w:color w:val="FFFFFF"/>
                <w:sz w:val="16"/>
              </w:rPr>
              <w:t>Staff name</w:t>
            </w:r>
          </w:p>
        </w:tc>
        <w:tc>
          <w:tcPr>
            <w:tcW w:w="1481" w:type="dxa"/>
            <w:shd w:val="clear" w:color="auto" w:fill="104F75"/>
            <w:tcMar>
              <w:top w:w="90" w:type="dxa"/>
              <w:left w:w="100" w:type="dxa"/>
              <w:bottom w:w="90" w:type="dxa"/>
              <w:right w:w="100" w:type="dxa"/>
            </w:tcMar>
            <w:vAlign w:val="center"/>
          </w:tcPr>
          <w:p w14:paraId="52535A00" w14:textId="77777777" w:rsidR="00F9583A" w:rsidRDefault="001D3E8F">
            <w:pPr>
              <w:jc w:val="center"/>
            </w:pPr>
            <w:r>
              <w:rPr>
                <w:b/>
                <w:color w:val="FFFFFF"/>
                <w:sz w:val="16"/>
              </w:rPr>
              <w:t>Initials</w:t>
            </w:r>
          </w:p>
        </w:tc>
        <w:tc>
          <w:tcPr>
            <w:tcW w:w="1481" w:type="dxa"/>
            <w:shd w:val="clear" w:color="auto" w:fill="104F75"/>
            <w:tcMar>
              <w:top w:w="90" w:type="dxa"/>
              <w:left w:w="100" w:type="dxa"/>
              <w:bottom w:w="90" w:type="dxa"/>
              <w:right w:w="100" w:type="dxa"/>
            </w:tcMar>
            <w:vAlign w:val="center"/>
          </w:tcPr>
          <w:p w14:paraId="62B09607" w14:textId="77777777" w:rsidR="00F9583A" w:rsidRDefault="001D3E8F">
            <w:pPr>
              <w:jc w:val="center"/>
            </w:pPr>
            <w:r>
              <w:rPr>
                <w:b/>
                <w:color w:val="FFFFFF"/>
                <w:sz w:val="16"/>
              </w:rPr>
              <w:t>Notes/reaction</w:t>
            </w:r>
          </w:p>
        </w:tc>
      </w:tr>
      <w:tr w:rsidR="00F9583A" w14:paraId="6EE24F33" w14:textId="77777777">
        <w:trPr>
          <w:jc w:val="center"/>
        </w:trPr>
        <w:tc>
          <w:tcPr>
            <w:tcW w:w="1481" w:type="dxa"/>
            <w:tcMar>
              <w:top w:w="90" w:type="dxa"/>
              <w:left w:w="100" w:type="dxa"/>
              <w:bottom w:w="90" w:type="dxa"/>
              <w:right w:w="100" w:type="dxa"/>
            </w:tcMar>
            <w:vAlign w:val="center"/>
          </w:tcPr>
          <w:p w14:paraId="478154D0" w14:textId="77777777" w:rsidR="00F9583A" w:rsidRDefault="00F9583A"/>
        </w:tc>
        <w:tc>
          <w:tcPr>
            <w:tcW w:w="1481" w:type="dxa"/>
            <w:tcMar>
              <w:top w:w="90" w:type="dxa"/>
              <w:left w:w="100" w:type="dxa"/>
              <w:bottom w:w="90" w:type="dxa"/>
              <w:right w:w="100" w:type="dxa"/>
            </w:tcMar>
            <w:vAlign w:val="center"/>
          </w:tcPr>
          <w:p w14:paraId="479F8A60" w14:textId="77777777" w:rsidR="00F9583A" w:rsidRDefault="00F9583A"/>
        </w:tc>
        <w:tc>
          <w:tcPr>
            <w:tcW w:w="1481" w:type="dxa"/>
            <w:tcMar>
              <w:top w:w="90" w:type="dxa"/>
              <w:left w:w="100" w:type="dxa"/>
              <w:bottom w:w="90" w:type="dxa"/>
              <w:right w:w="100" w:type="dxa"/>
            </w:tcMar>
            <w:vAlign w:val="center"/>
          </w:tcPr>
          <w:p w14:paraId="4E8C6468" w14:textId="77777777" w:rsidR="00F9583A" w:rsidRDefault="00F9583A"/>
        </w:tc>
        <w:tc>
          <w:tcPr>
            <w:tcW w:w="1481" w:type="dxa"/>
            <w:tcMar>
              <w:top w:w="90" w:type="dxa"/>
              <w:left w:w="100" w:type="dxa"/>
              <w:bottom w:w="90" w:type="dxa"/>
              <w:right w:w="100" w:type="dxa"/>
            </w:tcMar>
            <w:vAlign w:val="center"/>
          </w:tcPr>
          <w:p w14:paraId="7AF4DA52" w14:textId="77777777" w:rsidR="00F9583A" w:rsidRDefault="00F9583A"/>
        </w:tc>
        <w:tc>
          <w:tcPr>
            <w:tcW w:w="1481" w:type="dxa"/>
            <w:tcMar>
              <w:top w:w="90" w:type="dxa"/>
              <w:left w:w="100" w:type="dxa"/>
              <w:bottom w:w="90" w:type="dxa"/>
              <w:right w:w="100" w:type="dxa"/>
            </w:tcMar>
            <w:vAlign w:val="center"/>
          </w:tcPr>
          <w:p w14:paraId="1E687540" w14:textId="77777777" w:rsidR="00F9583A" w:rsidRDefault="00F9583A"/>
        </w:tc>
        <w:tc>
          <w:tcPr>
            <w:tcW w:w="1481" w:type="dxa"/>
            <w:tcMar>
              <w:top w:w="90" w:type="dxa"/>
              <w:left w:w="100" w:type="dxa"/>
              <w:bottom w:w="90" w:type="dxa"/>
              <w:right w:w="100" w:type="dxa"/>
            </w:tcMar>
            <w:vAlign w:val="center"/>
          </w:tcPr>
          <w:p w14:paraId="2866DCA9" w14:textId="77777777" w:rsidR="00F9583A" w:rsidRDefault="00F9583A"/>
        </w:tc>
        <w:tc>
          <w:tcPr>
            <w:tcW w:w="1481" w:type="dxa"/>
            <w:tcMar>
              <w:top w:w="90" w:type="dxa"/>
              <w:left w:w="100" w:type="dxa"/>
              <w:bottom w:w="90" w:type="dxa"/>
              <w:right w:w="100" w:type="dxa"/>
            </w:tcMar>
            <w:vAlign w:val="center"/>
          </w:tcPr>
          <w:p w14:paraId="0D2C1305" w14:textId="77777777" w:rsidR="00F9583A" w:rsidRDefault="00F9583A"/>
        </w:tc>
      </w:tr>
      <w:tr w:rsidR="00F9583A" w14:paraId="4882BECE" w14:textId="77777777">
        <w:trPr>
          <w:jc w:val="center"/>
        </w:trPr>
        <w:tc>
          <w:tcPr>
            <w:tcW w:w="1481" w:type="dxa"/>
            <w:tcMar>
              <w:top w:w="90" w:type="dxa"/>
              <w:left w:w="100" w:type="dxa"/>
              <w:bottom w:w="90" w:type="dxa"/>
              <w:right w:w="100" w:type="dxa"/>
            </w:tcMar>
            <w:vAlign w:val="center"/>
          </w:tcPr>
          <w:p w14:paraId="7B05540E" w14:textId="77777777" w:rsidR="00F9583A" w:rsidRDefault="00F9583A"/>
        </w:tc>
        <w:tc>
          <w:tcPr>
            <w:tcW w:w="1481" w:type="dxa"/>
            <w:tcMar>
              <w:top w:w="90" w:type="dxa"/>
              <w:left w:w="100" w:type="dxa"/>
              <w:bottom w:w="90" w:type="dxa"/>
              <w:right w:w="100" w:type="dxa"/>
            </w:tcMar>
            <w:vAlign w:val="center"/>
          </w:tcPr>
          <w:p w14:paraId="16769918" w14:textId="77777777" w:rsidR="00F9583A" w:rsidRDefault="00F9583A"/>
        </w:tc>
        <w:tc>
          <w:tcPr>
            <w:tcW w:w="1481" w:type="dxa"/>
            <w:tcMar>
              <w:top w:w="90" w:type="dxa"/>
              <w:left w:w="100" w:type="dxa"/>
              <w:bottom w:w="90" w:type="dxa"/>
              <w:right w:w="100" w:type="dxa"/>
            </w:tcMar>
            <w:vAlign w:val="center"/>
          </w:tcPr>
          <w:p w14:paraId="5EDBF8DF" w14:textId="77777777" w:rsidR="00F9583A" w:rsidRDefault="00F9583A"/>
        </w:tc>
        <w:tc>
          <w:tcPr>
            <w:tcW w:w="1481" w:type="dxa"/>
            <w:tcMar>
              <w:top w:w="90" w:type="dxa"/>
              <w:left w:w="100" w:type="dxa"/>
              <w:bottom w:w="90" w:type="dxa"/>
              <w:right w:w="100" w:type="dxa"/>
            </w:tcMar>
            <w:vAlign w:val="center"/>
          </w:tcPr>
          <w:p w14:paraId="37E763F8" w14:textId="77777777" w:rsidR="00F9583A" w:rsidRDefault="00F9583A"/>
        </w:tc>
        <w:tc>
          <w:tcPr>
            <w:tcW w:w="1481" w:type="dxa"/>
            <w:tcMar>
              <w:top w:w="90" w:type="dxa"/>
              <w:left w:w="100" w:type="dxa"/>
              <w:bottom w:w="90" w:type="dxa"/>
              <w:right w:w="100" w:type="dxa"/>
            </w:tcMar>
            <w:vAlign w:val="center"/>
          </w:tcPr>
          <w:p w14:paraId="42F2FC95" w14:textId="77777777" w:rsidR="00F9583A" w:rsidRDefault="00F9583A"/>
        </w:tc>
        <w:tc>
          <w:tcPr>
            <w:tcW w:w="1481" w:type="dxa"/>
            <w:tcMar>
              <w:top w:w="90" w:type="dxa"/>
              <w:left w:w="100" w:type="dxa"/>
              <w:bottom w:w="90" w:type="dxa"/>
              <w:right w:w="100" w:type="dxa"/>
            </w:tcMar>
            <w:vAlign w:val="center"/>
          </w:tcPr>
          <w:p w14:paraId="7ED0B1A6" w14:textId="77777777" w:rsidR="00F9583A" w:rsidRDefault="00F9583A"/>
        </w:tc>
        <w:tc>
          <w:tcPr>
            <w:tcW w:w="1481" w:type="dxa"/>
            <w:tcMar>
              <w:top w:w="90" w:type="dxa"/>
              <w:left w:w="100" w:type="dxa"/>
              <w:bottom w:w="90" w:type="dxa"/>
              <w:right w:w="100" w:type="dxa"/>
            </w:tcMar>
            <w:vAlign w:val="center"/>
          </w:tcPr>
          <w:p w14:paraId="273C1F1F" w14:textId="77777777" w:rsidR="00F9583A" w:rsidRDefault="00F9583A"/>
        </w:tc>
      </w:tr>
      <w:tr w:rsidR="00F9583A" w14:paraId="4D1F47AC" w14:textId="77777777">
        <w:trPr>
          <w:jc w:val="center"/>
        </w:trPr>
        <w:tc>
          <w:tcPr>
            <w:tcW w:w="1481" w:type="dxa"/>
            <w:tcMar>
              <w:top w:w="90" w:type="dxa"/>
              <w:left w:w="100" w:type="dxa"/>
              <w:bottom w:w="90" w:type="dxa"/>
              <w:right w:w="100" w:type="dxa"/>
            </w:tcMar>
            <w:vAlign w:val="center"/>
          </w:tcPr>
          <w:p w14:paraId="5ADEB6CE" w14:textId="77777777" w:rsidR="00F9583A" w:rsidRDefault="00F9583A"/>
        </w:tc>
        <w:tc>
          <w:tcPr>
            <w:tcW w:w="1481" w:type="dxa"/>
            <w:tcMar>
              <w:top w:w="90" w:type="dxa"/>
              <w:left w:w="100" w:type="dxa"/>
              <w:bottom w:w="90" w:type="dxa"/>
              <w:right w:w="100" w:type="dxa"/>
            </w:tcMar>
            <w:vAlign w:val="center"/>
          </w:tcPr>
          <w:p w14:paraId="2D17F21A" w14:textId="77777777" w:rsidR="00F9583A" w:rsidRDefault="00F9583A"/>
        </w:tc>
        <w:tc>
          <w:tcPr>
            <w:tcW w:w="1481" w:type="dxa"/>
            <w:tcMar>
              <w:top w:w="90" w:type="dxa"/>
              <w:left w:w="100" w:type="dxa"/>
              <w:bottom w:w="90" w:type="dxa"/>
              <w:right w:w="100" w:type="dxa"/>
            </w:tcMar>
            <w:vAlign w:val="center"/>
          </w:tcPr>
          <w:p w14:paraId="0AAF8D31" w14:textId="77777777" w:rsidR="00F9583A" w:rsidRDefault="00F9583A"/>
        </w:tc>
        <w:tc>
          <w:tcPr>
            <w:tcW w:w="1481" w:type="dxa"/>
            <w:tcMar>
              <w:top w:w="90" w:type="dxa"/>
              <w:left w:w="100" w:type="dxa"/>
              <w:bottom w:w="90" w:type="dxa"/>
              <w:right w:w="100" w:type="dxa"/>
            </w:tcMar>
            <w:vAlign w:val="center"/>
          </w:tcPr>
          <w:p w14:paraId="0BC837B1" w14:textId="77777777" w:rsidR="00F9583A" w:rsidRDefault="00F9583A"/>
        </w:tc>
        <w:tc>
          <w:tcPr>
            <w:tcW w:w="1481" w:type="dxa"/>
            <w:tcMar>
              <w:top w:w="90" w:type="dxa"/>
              <w:left w:w="100" w:type="dxa"/>
              <w:bottom w:w="90" w:type="dxa"/>
              <w:right w:w="100" w:type="dxa"/>
            </w:tcMar>
            <w:vAlign w:val="center"/>
          </w:tcPr>
          <w:p w14:paraId="1B0D3F32" w14:textId="77777777" w:rsidR="00F9583A" w:rsidRDefault="00F9583A"/>
        </w:tc>
        <w:tc>
          <w:tcPr>
            <w:tcW w:w="1481" w:type="dxa"/>
            <w:tcMar>
              <w:top w:w="90" w:type="dxa"/>
              <w:left w:w="100" w:type="dxa"/>
              <w:bottom w:w="90" w:type="dxa"/>
              <w:right w:w="100" w:type="dxa"/>
            </w:tcMar>
            <w:vAlign w:val="center"/>
          </w:tcPr>
          <w:p w14:paraId="663E15FD" w14:textId="77777777" w:rsidR="00F9583A" w:rsidRDefault="00F9583A"/>
        </w:tc>
        <w:tc>
          <w:tcPr>
            <w:tcW w:w="1481" w:type="dxa"/>
            <w:tcMar>
              <w:top w:w="90" w:type="dxa"/>
              <w:left w:w="100" w:type="dxa"/>
              <w:bottom w:w="90" w:type="dxa"/>
              <w:right w:w="100" w:type="dxa"/>
            </w:tcMar>
            <w:vAlign w:val="center"/>
          </w:tcPr>
          <w:p w14:paraId="76DE66EB" w14:textId="77777777" w:rsidR="00F9583A" w:rsidRDefault="00F9583A"/>
        </w:tc>
      </w:tr>
      <w:tr w:rsidR="00F9583A" w14:paraId="43BD5D23" w14:textId="77777777">
        <w:trPr>
          <w:jc w:val="center"/>
        </w:trPr>
        <w:tc>
          <w:tcPr>
            <w:tcW w:w="1481" w:type="dxa"/>
            <w:tcMar>
              <w:top w:w="90" w:type="dxa"/>
              <w:left w:w="100" w:type="dxa"/>
              <w:bottom w:w="90" w:type="dxa"/>
              <w:right w:w="100" w:type="dxa"/>
            </w:tcMar>
            <w:vAlign w:val="center"/>
          </w:tcPr>
          <w:p w14:paraId="440D6687" w14:textId="77777777" w:rsidR="00F9583A" w:rsidRDefault="00F9583A"/>
        </w:tc>
        <w:tc>
          <w:tcPr>
            <w:tcW w:w="1481" w:type="dxa"/>
            <w:tcMar>
              <w:top w:w="90" w:type="dxa"/>
              <w:left w:w="100" w:type="dxa"/>
              <w:bottom w:w="90" w:type="dxa"/>
              <w:right w:w="100" w:type="dxa"/>
            </w:tcMar>
            <w:vAlign w:val="center"/>
          </w:tcPr>
          <w:p w14:paraId="5123291A" w14:textId="77777777" w:rsidR="00F9583A" w:rsidRDefault="00F9583A"/>
        </w:tc>
        <w:tc>
          <w:tcPr>
            <w:tcW w:w="1481" w:type="dxa"/>
            <w:tcMar>
              <w:top w:w="90" w:type="dxa"/>
              <w:left w:w="100" w:type="dxa"/>
              <w:bottom w:w="90" w:type="dxa"/>
              <w:right w:w="100" w:type="dxa"/>
            </w:tcMar>
            <w:vAlign w:val="center"/>
          </w:tcPr>
          <w:p w14:paraId="4CEC9F0A" w14:textId="77777777" w:rsidR="00F9583A" w:rsidRDefault="00F9583A"/>
        </w:tc>
        <w:tc>
          <w:tcPr>
            <w:tcW w:w="1481" w:type="dxa"/>
            <w:tcMar>
              <w:top w:w="90" w:type="dxa"/>
              <w:left w:w="100" w:type="dxa"/>
              <w:bottom w:w="90" w:type="dxa"/>
              <w:right w:w="100" w:type="dxa"/>
            </w:tcMar>
            <w:vAlign w:val="center"/>
          </w:tcPr>
          <w:p w14:paraId="2C9E1F3F" w14:textId="77777777" w:rsidR="00F9583A" w:rsidRDefault="00F9583A"/>
        </w:tc>
        <w:tc>
          <w:tcPr>
            <w:tcW w:w="1481" w:type="dxa"/>
            <w:tcMar>
              <w:top w:w="90" w:type="dxa"/>
              <w:left w:w="100" w:type="dxa"/>
              <w:bottom w:w="90" w:type="dxa"/>
              <w:right w:w="100" w:type="dxa"/>
            </w:tcMar>
            <w:vAlign w:val="center"/>
          </w:tcPr>
          <w:p w14:paraId="49217AD8" w14:textId="77777777" w:rsidR="00F9583A" w:rsidRDefault="00F9583A"/>
        </w:tc>
        <w:tc>
          <w:tcPr>
            <w:tcW w:w="1481" w:type="dxa"/>
            <w:tcMar>
              <w:top w:w="90" w:type="dxa"/>
              <w:left w:w="100" w:type="dxa"/>
              <w:bottom w:w="90" w:type="dxa"/>
              <w:right w:w="100" w:type="dxa"/>
            </w:tcMar>
            <w:vAlign w:val="center"/>
          </w:tcPr>
          <w:p w14:paraId="24728AD6" w14:textId="77777777" w:rsidR="00F9583A" w:rsidRDefault="00F9583A"/>
        </w:tc>
        <w:tc>
          <w:tcPr>
            <w:tcW w:w="1481" w:type="dxa"/>
            <w:tcMar>
              <w:top w:w="90" w:type="dxa"/>
              <w:left w:w="100" w:type="dxa"/>
              <w:bottom w:w="90" w:type="dxa"/>
              <w:right w:w="100" w:type="dxa"/>
            </w:tcMar>
            <w:vAlign w:val="center"/>
          </w:tcPr>
          <w:p w14:paraId="5944E977" w14:textId="77777777" w:rsidR="00F9583A" w:rsidRDefault="00F9583A"/>
        </w:tc>
      </w:tr>
      <w:tr w:rsidR="00F9583A" w14:paraId="39D748A7" w14:textId="77777777">
        <w:trPr>
          <w:jc w:val="center"/>
        </w:trPr>
        <w:tc>
          <w:tcPr>
            <w:tcW w:w="1481" w:type="dxa"/>
            <w:tcMar>
              <w:top w:w="90" w:type="dxa"/>
              <w:left w:w="100" w:type="dxa"/>
              <w:bottom w:w="90" w:type="dxa"/>
              <w:right w:w="100" w:type="dxa"/>
            </w:tcMar>
            <w:vAlign w:val="center"/>
          </w:tcPr>
          <w:p w14:paraId="52AAD890" w14:textId="77777777" w:rsidR="00F9583A" w:rsidRDefault="00F9583A"/>
        </w:tc>
        <w:tc>
          <w:tcPr>
            <w:tcW w:w="1481" w:type="dxa"/>
            <w:tcMar>
              <w:top w:w="90" w:type="dxa"/>
              <w:left w:w="100" w:type="dxa"/>
              <w:bottom w:w="90" w:type="dxa"/>
              <w:right w:w="100" w:type="dxa"/>
            </w:tcMar>
            <w:vAlign w:val="center"/>
          </w:tcPr>
          <w:p w14:paraId="7F42E5C6" w14:textId="77777777" w:rsidR="00F9583A" w:rsidRDefault="00F9583A"/>
        </w:tc>
        <w:tc>
          <w:tcPr>
            <w:tcW w:w="1481" w:type="dxa"/>
            <w:tcMar>
              <w:top w:w="90" w:type="dxa"/>
              <w:left w:w="100" w:type="dxa"/>
              <w:bottom w:w="90" w:type="dxa"/>
              <w:right w:w="100" w:type="dxa"/>
            </w:tcMar>
            <w:vAlign w:val="center"/>
          </w:tcPr>
          <w:p w14:paraId="4475D87D" w14:textId="77777777" w:rsidR="00F9583A" w:rsidRDefault="00F9583A"/>
        </w:tc>
        <w:tc>
          <w:tcPr>
            <w:tcW w:w="1481" w:type="dxa"/>
            <w:tcMar>
              <w:top w:w="90" w:type="dxa"/>
              <w:left w:w="100" w:type="dxa"/>
              <w:bottom w:w="90" w:type="dxa"/>
              <w:right w:w="100" w:type="dxa"/>
            </w:tcMar>
            <w:vAlign w:val="center"/>
          </w:tcPr>
          <w:p w14:paraId="77FEFB1D" w14:textId="77777777" w:rsidR="00F9583A" w:rsidRDefault="00F9583A"/>
        </w:tc>
        <w:tc>
          <w:tcPr>
            <w:tcW w:w="1481" w:type="dxa"/>
            <w:tcMar>
              <w:top w:w="90" w:type="dxa"/>
              <w:left w:w="100" w:type="dxa"/>
              <w:bottom w:w="90" w:type="dxa"/>
              <w:right w:w="100" w:type="dxa"/>
            </w:tcMar>
            <w:vAlign w:val="center"/>
          </w:tcPr>
          <w:p w14:paraId="0BF48139" w14:textId="77777777" w:rsidR="00F9583A" w:rsidRDefault="00F9583A"/>
        </w:tc>
        <w:tc>
          <w:tcPr>
            <w:tcW w:w="1481" w:type="dxa"/>
            <w:tcMar>
              <w:top w:w="90" w:type="dxa"/>
              <w:left w:w="100" w:type="dxa"/>
              <w:bottom w:w="90" w:type="dxa"/>
              <w:right w:w="100" w:type="dxa"/>
            </w:tcMar>
            <w:vAlign w:val="center"/>
          </w:tcPr>
          <w:p w14:paraId="3E0E1A95" w14:textId="77777777" w:rsidR="00F9583A" w:rsidRDefault="00F9583A"/>
        </w:tc>
        <w:tc>
          <w:tcPr>
            <w:tcW w:w="1481" w:type="dxa"/>
            <w:tcMar>
              <w:top w:w="90" w:type="dxa"/>
              <w:left w:w="100" w:type="dxa"/>
              <w:bottom w:w="90" w:type="dxa"/>
              <w:right w:w="100" w:type="dxa"/>
            </w:tcMar>
            <w:vAlign w:val="center"/>
          </w:tcPr>
          <w:p w14:paraId="3E1EACC8" w14:textId="77777777" w:rsidR="00F9583A" w:rsidRDefault="00F9583A"/>
        </w:tc>
      </w:tr>
      <w:tr w:rsidR="00F9583A" w14:paraId="37874611" w14:textId="77777777">
        <w:trPr>
          <w:jc w:val="center"/>
        </w:trPr>
        <w:tc>
          <w:tcPr>
            <w:tcW w:w="1481" w:type="dxa"/>
            <w:tcMar>
              <w:top w:w="90" w:type="dxa"/>
              <w:left w:w="100" w:type="dxa"/>
              <w:bottom w:w="90" w:type="dxa"/>
              <w:right w:w="100" w:type="dxa"/>
            </w:tcMar>
            <w:vAlign w:val="center"/>
          </w:tcPr>
          <w:p w14:paraId="130AF9E6" w14:textId="77777777" w:rsidR="00F9583A" w:rsidRDefault="00F9583A"/>
        </w:tc>
        <w:tc>
          <w:tcPr>
            <w:tcW w:w="1481" w:type="dxa"/>
            <w:tcMar>
              <w:top w:w="90" w:type="dxa"/>
              <w:left w:w="100" w:type="dxa"/>
              <w:bottom w:w="90" w:type="dxa"/>
              <w:right w:w="100" w:type="dxa"/>
            </w:tcMar>
            <w:vAlign w:val="center"/>
          </w:tcPr>
          <w:p w14:paraId="2721AE1E" w14:textId="77777777" w:rsidR="00F9583A" w:rsidRDefault="00F9583A"/>
        </w:tc>
        <w:tc>
          <w:tcPr>
            <w:tcW w:w="1481" w:type="dxa"/>
            <w:tcMar>
              <w:top w:w="90" w:type="dxa"/>
              <w:left w:w="100" w:type="dxa"/>
              <w:bottom w:w="90" w:type="dxa"/>
              <w:right w:w="100" w:type="dxa"/>
            </w:tcMar>
            <w:vAlign w:val="center"/>
          </w:tcPr>
          <w:p w14:paraId="52218C44" w14:textId="77777777" w:rsidR="00F9583A" w:rsidRDefault="00F9583A"/>
        </w:tc>
        <w:tc>
          <w:tcPr>
            <w:tcW w:w="1481" w:type="dxa"/>
            <w:tcMar>
              <w:top w:w="90" w:type="dxa"/>
              <w:left w:w="100" w:type="dxa"/>
              <w:bottom w:w="90" w:type="dxa"/>
              <w:right w:w="100" w:type="dxa"/>
            </w:tcMar>
            <w:vAlign w:val="center"/>
          </w:tcPr>
          <w:p w14:paraId="6C0EDE99" w14:textId="77777777" w:rsidR="00F9583A" w:rsidRDefault="00F9583A"/>
        </w:tc>
        <w:tc>
          <w:tcPr>
            <w:tcW w:w="1481" w:type="dxa"/>
            <w:tcMar>
              <w:top w:w="90" w:type="dxa"/>
              <w:left w:w="100" w:type="dxa"/>
              <w:bottom w:w="90" w:type="dxa"/>
              <w:right w:w="100" w:type="dxa"/>
            </w:tcMar>
            <w:vAlign w:val="center"/>
          </w:tcPr>
          <w:p w14:paraId="117E81E1" w14:textId="77777777" w:rsidR="00F9583A" w:rsidRDefault="00F9583A"/>
        </w:tc>
        <w:tc>
          <w:tcPr>
            <w:tcW w:w="1481" w:type="dxa"/>
            <w:tcMar>
              <w:top w:w="90" w:type="dxa"/>
              <w:left w:w="100" w:type="dxa"/>
              <w:bottom w:w="90" w:type="dxa"/>
              <w:right w:w="100" w:type="dxa"/>
            </w:tcMar>
            <w:vAlign w:val="center"/>
          </w:tcPr>
          <w:p w14:paraId="3D49569A" w14:textId="77777777" w:rsidR="00F9583A" w:rsidRDefault="00F9583A"/>
        </w:tc>
        <w:tc>
          <w:tcPr>
            <w:tcW w:w="1481" w:type="dxa"/>
            <w:tcMar>
              <w:top w:w="90" w:type="dxa"/>
              <w:left w:w="100" w:type="dxa"/>
              <w:bottom w:w="90" w:type="dxa"/>
              <w:right w:w="100" w:type="dxa"/>
            </w:tcMar>
            <w:vAlign w:val="center"/>
          </w:tcPr>
          <w:p w14:paraId="418C1ED2" w14:textId="77777777" w:rsidR="00F9583A" w:rsidRDefault="00F9583A"/>
        </w:tc>
      </w:tr>
      <w:tr w:rsidR="00F9583A" w14:paraId="2768DF93" w14:textId="77777777">
        <w:trPr>
          <w:jc w:val="center"/>
        </w:trPr>
        <w:tc>
          <w:tcPr>
            <w:tcW w:w="1481" w:type="dxa"/>
            <w:tcMar>
              <w:top w:w="90" w:type="dxa"/>
              <w:left w:w="100" w:type="dxa"/>
              <w:bottom w:w="90" w:type="dxa"/>
              <w:right w:w="100" w:type="dxa"/>
            </w:tcMar>
            <w:vAlign w:val="center"/>
          </w:tcPr>
          <w:p w14:paraId="5B97C39B" w14:textId="77777777" w:rsidR="00F9583A" w:rsidRDefault="00F9583A"/>
        </w:tc>
        <w:tc>
          <w:tcPr>
            <w:tcW w:w="1481" w:type="dxa"/>
            <w:tcMar>
              <w:top w:w="90" w:type="dxa"/>
              <w:left w:w="100" w:type="dxa"/>
              <w:bottom w:w="90" w:type="dxa"/>
              <w:right w:w="100" w:type="dxa"/>
            </w:tcMar>
            <w:vAlign w:val="center"/>
          </w:tcPr>
          <w:p w14:paraId="6837EB72" w14:textId="77777777" w:rsidR="00F9583A" w:rsidRDefault="00F9583A"/>
        </w:tc>
        <w:tc>
          <w:tcPr>
            <w:tcW w:w="1481" w:type="dxa"/>
            <w:tcMar>
              <w:top w:w="90" w:type="dxa"/>
              <w:left w:w="100" w:type="dxa"/>
              <w:bottom w:w="90" w:type="dxa"/>
              <w:right w:w="100" w:type="dxa"/>
            </w:tcMar>
            <w:vAlign w:val="center"/>
          </w:tcPr>
          <w:p w14:paraId="445061F6" w14:textId="77777777" w:rsidR="00F9583A" w:rsidRDefault="00F9583A"/>
        </w:tc>
        <w:tc>
          <w:tcPr>
            <w:tcW w:w="1481" w:type="dxa"/>
            <w:tcMar>
              <w:top w:w="90" w:type="dxa"/>
              <w:left w:w="100" w:type="dxa"/>
              <w:bottom w:w="90" w:type="dxa"/>
              <w:right w:w="100" w:type="dxa"/>
            </w:tcMar>
            <w:vAlign w:val="center"/>
          </w:tcPr>
          <w:p w14:paraId="5ACAE345" w14:textId="77777777" w:rsidR="00F9583A" w:rsidRDefault="00F9583A"/>
        </w:tc>
        <w:tc>
          <w:tcPr>
            <w:tcW w:w="1481" w:type="dxa"/>
            <w:tcMar>
              <w:top w:w="90" w:type="dxa"/>
              <w:left w:w="100" w:type="dxa"/>
              <w:bottom w:w="90" w:type="dxa"/>
              <w:right w:w="100" w:type="dxa"/>
            </w:tcMar>
            <w:vAlign w:val="center"/>
          </w:tcPr>
          <w:p w14:paraId="347DC428" w14:textId="77777777" w:rsidR="00F9583A" w:rsidRDefault="00F9583A"/>
        </w:tc>
        <w:tc>
          <w:tcPr>
            <w:tcW w:w="1481" w:type="dxa"/>
            <w:tcMar>
              <w:top w:w="90" w:type="dxa"/>
              <w:left w:w="100" w:type="dxa"/>
              <w:bottom w:w="90" w:type="dxa"/>
              <w:right w:w="100" w:type="dxa"/>
            </w:tcMar>
            <w:vAlign w:val="center"/>
          </w:tcPr>
          <w:p w14:paraId="57DAF032" w14:textId="77777777" w:rsidR="00F9583A" w:rsidRDefault="00F9583A"/>
        </w:tc>
        <w:tc>
          <w:tcPr>
            <w:tcW w:w="1481" w:type="dxa"/>
            <w:tcMar>
              <w:top w:w="90" w:type="dxa"/>
              <w:left w:w="100" w:type="dxa"/>
              <w:bottom w:w="90" w:type="dxa"/>
              <w:right w:w="100" w:type="dxa"/>
            </w:tcMar>
            <w:vAlign w:val="center"/>
          </w:tcPr>
          <w:p w14:paraId="053D9AD0" w14:textId="77777777" w:rsidR="00F9583A" w:rsidRDefault="00F9583A"/>
        </w:tc>
      </w:tr>
      <w:tr w:rsidR="00F9583A" w14:paraId="489D1366" w14:textId="77777777">
        <w:trPr>
          <w:jc w:val="center"/>
        </w:trPr>
        <w:tc>
          <w:tcPr>
            <w:tcW w:w="1481" w:type="dxa"/>
            <w:tcMar>
              <w:top w:w="90" w:type="dxa"/>
              <w:left w:w="100" w:type="dxa"/>
              <w:bottom w:w="90" w:type="dxa"/>
              <w:right w:w="100" w:type="dxa"/>
            </w:tcMar>
            <w:vAlign w:val="center"/>
          </w:tcPr>
          <w:p w14:paraId="7D55E536" w14:textId="77777777" w:rsidR="00F9583A" w:rsidRDefault="00F9583A"/>
        </w:tc>
        <w:tc>
          <w:tcPr>
            <w:tcW w:w="1481" w:type="dxa"/>
            <w:tcMar>
              <w:top w:w="90" w:type="dxa"/>
              <w:left w:w="100" w:type="dxa"/>
              <w:bottom w:w="90" w:type="dxa"/>
              <w:right w:w="100" w:type="dxa"/>
            </w:tcMar>
            <w:vAlign w:val="center"/>
          </w:tcPr>
          <w:p w14:paraId="63474E83" w14:textId="77777777" w:rsidR="00F9583A" w:rsidRDefault="00F9583A"/>
        </w:tc>
        <w:tc>
          <w:tcPr>
            <w:tcW w:w="1481" w:type="dxa"/>
            <w:tcMar>
              <w:top w:w="90" w:type="dxa"/>
              <w:left w:w="100" w:type="dxa"/>
              <w:bottom w:w="90" w:type="dxa"/>
              <w:right w:w="100" w:type="dxa"/>
            </w:tcMar>
            <w:vAlign w:val="center"/>
          </w:tcPr>
          <w:p w14:paraId="419BE835" w14:textId="77777777" w:rsidR="00F9583A" w:rsidRDefault="00F9583A"/>
        </w:tc>
        <w:tc>
          <w:tcPr>
            <w:tcW w:w="1481" w:type="dxa"/>
            <w:tcMar>
              <w:top w:w="90" w:type="dxa"/>
              <w:left w:w="100" w:type="dxa"/>
              <w:bottom w:w="90" w:type="dxa"/>
              <w:right w:w="100" w:type="dxa"/>
            </w:tcMar>
            <w:vAlign w:val="center"/>
          </w:tcPr>
          <w:p w14:paraId="15281352" w14:textId="77777777" w:rsidR="00F9583A" w:rsidRDefault="00F9583A"/>
        </w:tc>
        <w:tc>
          <w:tcPr>
            <w:tcW w:w="1481" w:type="dxa"/>
            <w:tcMar>
              <w:top w:w="90" w:type="dxa"/>
              <w:left w:w="100" w:type="dxa"/>
              <w:bottom w:w="90" w:type="dxa"/>
              <w:right w:w="100" w:type="dxa"/>
            </w:tcMar>
            <w:vAlign w:val="center"/>
          </w:tcPr>
          <w:p w14:paraId="3D79F101" w14:textId="77777777" w:rsidR="00F9583A" w:rsidRDefault="00F9583A"/>
        </w:tc>
        <w:tc>
          <w:tcPr>
            <w:tcW w:w="1481" w:type="dxa"/>
            <w:tcMar>
              <w:top w:w="90" w:type="dxa"/>
              <w:left w:w="100" w:type="dxa"/>
              <w:bottom w:w="90" w:type="dxa"/>
              <w:right w:w="100" w:type="dxa"/>
            </w:tcMar>
            <w:vAlign w:val="center"/>
          </w:tcPr>
          <w:p w14:paraId="0A1F8065" w14:textId="77777777" w:rsidR="00F9583A" w:rsidRDefault="00F9583A"/>
        </w:tc>
        <w:tc>
          <w:tcPr>
            <w:tcW w:w="1481" w:type="dxa"/>
            <w:tcMar>
              <w:top w:w="90" w:type="dxa"/>
              <w:left w:w="100" w:type="dxa"/>
              <w:bottom w:w="90" w:type="dxa"/>
              <w:right w:w="100" w:type="dxa"/>
            </w:tcMar>
            <w:vAlign w:val="center"/>
          </w:tcPr>
          <w:p w14:paraId="758D4BAD" w14:textId="77777777" w:rsidR="00F9583A" w:rsidRDefault="00F9583A"/>
        </w:tc>
      </w:tr>
      <w:tr w:rsidR="00F9583A" w14:paraId="604F76F6" w14:textId="77777777">
        <w:trPr>
          <w:jc w:val="center"/>
        </w:trPr>
        <w:tc>
          <w:tcPr>
            <w:tcW w:w="1481" w:type="dxa"/>
            <w:tcMar>
              <w:top w:w="90" w:type="dxa"/>
              <w:left w:w="100" w:type="dxa"/>
              <w:bottom w:w="90" w:type="dxa"/>
              <w:right w:w="100" w:type="dxa"/>
            </w:tcMar>
            <w:vAlign w:val="center"/>
          </w:tcPr>
          <w:p w14:paraId="4CFE0B18" w14:textId="77777777" w:rsidR="00F9583A" w:rsidRDefault="00F9583A"/>
        </w:tc>
        <w:tc>
          <w:tcPr>
            <w:tcW w:w="1481" w:type="dxa"/>
            <w:tcMar>
              <w:top w:w="90" w:type="dxa"/>
              <w:left w:w="100" w:type="dxa"/>
              <w:bottom w:w="90" w:type="dxa"/>
              <w:right w:w="100" w:type="dxa"/>
            </w:tcMar>
            <w:vAlign w:val="center"/>
          </w:tcPr>
          <w:p w14:paraId="48FC65CB" w14:textId="77777777" w:rsidR="00F9583A" w:rsidRDefault="00F9583A"/>
        </w:tc>
        <w:tc>
          <w:tcPr>
            <w:tcW w:w="1481" w:type="dxa"/>
            <w:tcMar>
              <w:top w:w="90" w:type="dxa"/>
              <w:left w:w="100" w:type="dxa"/>
              <w:bottom w:w="90" w:type="dxa"/>
              <w:right w:w="100" w:type="dxa"/>
            </w:tcMar>
            <w:vAlign w:val="center"/>
          </w:tcPr>
          <w:p w14:paraId="15DA00EE" w14:textId="77777777" w:rsidR="00F9583A" w:rsidRDefault="00F9583A"/>
        </w:tc>
        <w:tc>
          <w:tcPr>
            <w:tcW w:w="1481" w:type="dxa"/>
            <w:tcMar>
              <w:top w:w="90" w:type="dxa"/>
              <w:left w:w="100" w:type="dxa"/>
              <w:bottom w:w="90" w:type="dxa"/>
              <w:right w:w="100" w:type="dxa"/>
            </w:tcMar>
            <w:vAlign w:val="center"/>
          </w:tcPr>
          <w:p w14:paraId="67625851" w14:textId="77777777" w:rsidR="00F9583A" w:rsidRDefault="00F9583A"/>
        </w:tc>
        <w:tc>
          <w:tcPr>
            <w:tcW w:w="1481" w:type="dxa"/>
            <w:tcMar>
              <w:top w:w="90" w:type="dxa"/>
              <w:left w:w="100" w:type="dxa"/>
              <w:bottom w:w="90" w:type="dxa"/>
              <w:right w:w="100" w:type="dxa"/>
            </w:tcMar>
            <w:vAlign w:val="center"/>
          </w:tcPr>
          <w:p w14:paraId="42E2FB8F" w14:textId="77777777" w:rsidR="00F9583A" w:rsidRDefault="00F9583A"/>
        </w:tc>
        <w:tc>
          <w:tcPr>
            <w:tcW w:w="1481" w:type="dxa"/>
            <w:tcMar>
              <w:top w:w="90" w:type="dxa"/>
              <w:left w:w="100" w:type="dxa"/>
              <w:bottom w:w="90" w:type="dxa"/>
              <w:right w:w="100" w:type="dxa"/>
            </w:tcMar>
            <w:vAlign w:val="center"/>
          </w:tcPr>
          <w:p w14:paraId="18D97884" w14:textId="77777777" w:rsidR="00F9583A" w:rsidRDefault="00F9583A"/>
        </w:tc>
        <w:tc>
          <w:tcPr>
            <w:tcW w:w="1481" w:type="dxa"/>
            <w:tcMar>
              <w:top w:w="90" w:type="dxa"/>
              <w:left w:w="100" w:type="dxa"/>
              <w:bottom w:w="90" w:type="dxa"/>
              <w:right w:w="100" w:type="dxa"/>
            </w:tcMar>
            <w:vAlign w:val="center"/>
          </w:tcPr>
          <w:p w14:paraId="69F11214" w14:textId="77777777" w:rsidR="00F9583A" w:rsidRDefault="00F9583A"/>
        </w:tc>
      </w:tr>
      <w:tr w:rsidR="00F9583A" w14:paraId="6D2980A5" w14:textId="77777777">
        <w:trPr>
          <w:jc w:val="center"/>
        </w:trPr>
        <w:tc>
          <w:tcPr>
            <w:tcW w:w="1481" w:type="dxa"/>
            <w:tcMar>
              <w:top w:w="90" w:type="dxa"/>
              <w:left w:w="100" w:type="dxa"/>
              <w:bottom w:w="90" w:type="dxa"/>
              <w:right w:w="100" w:type="dxa"/>
            </w:tcMar>
            <w:vAlign w:val="center"/>
          </w:tcPr>
          <w:p w14:paraId="63939235" w14:textId="77777777" w:rsidR="00F9583A" w:rsidRDefault="00F9583A"/>
        </w:tc>
        <w:tc>
          <w:tcPr>
            <w:tcW w:w="1481" w:type="dxa"/>
            <w:tcMar>
              <w:top w:w="90" w:type="dxa"/>
              <w:left w:w="100" w:type="dxa"/>
              <w:bottom w:w="90" w:type="dxa"/>
              <w:right w:w="100" w:type="dxa"/>
            </w:tcMar>
            <w:vAlign w:val="center"/>
          </w:tcPr>
          <w:p w14:paraId="2F5CE91A" w14:textId="77777777" w:rsidR="00F9583A" w:rsidRDefault="00F9583A"/>
        </w:tc>
        <w:tc>
          <w:tcPr>
            <w:tcW w:w="1481" w:type="dxa"/>
            <w:tcMar>
              <w:top w:w="90" w:type="dxa"/>
              <w:left w:w="100" w:type="dxa"/>
              <w:bottom w:w="90" w:type="dxa"/>
              <w:right w:w="100" w:type="dxa"/>
            </w:tcMar>
            <w:vAlign w:val="center"/>
          </w:tcPr>
          <w:p w14:paraId="1A6748DD" w14:textId="77777777" w:rsidR="00F9583A" w:rsidRDefault="00F9583A"/>
        </w:tc>
        <w:tc>
          <w:tcPr>
            <w:tcW w:w="1481" w:type="dxa"/>
            <w:tcMar>
              <w:top w:w="90" w:type="dxa"/>
              <w:left w:w="100" w:type="dxa"/>
              <w:bottom w:w="90" w:type="dxa"/>
              <w:right w:w="100" w:type="dxa"/>
            </w:tcMar>
            <w:vAlign w:val="center"/>
          </w:tcPr>
          <w:p w14:paraId="07630587" w14:textId="77777777" w:rsidR="00F9583A" w:rsidRDefault="00F9583A"/>
        </w:tc>
        <w:tc>
          <w:tcPr>
            <w:tcW w:w="1481" w:type="dxa"/>
            <w:tcMar>
              <w:top w:w="90" w:type="dxa"/>
              <w:left w:w="100" w:type="dxa"/>
              <w:bottom w:w="90" w:type="dxa"/>
              <w:right w:w="100" w:type="dxa"/>
            </w:tcMar>
            <w:vAlign w:val="center"/>
          </w:tcPr>
          <w:p w14:paraId="7CD7CB34" w14:textId="77777777" w:rsidR="00F9583A" w:rsidRDefault="00F9583A"/>
        </w:tc>
        <w:tc>
          <w:tcPr>
            <w:tcW w:w="1481" w:type="dxa"/>
            <w:tcMar>
              <w:top w:w="90" w:type="dxa"/>
              <w:left w:w="100" w:type="dxa"/>
              <w:bottom w:w="90" w:type="dxa"/>
              <w:right w:w="100" w:type="dxa"/>
            </w:tcMar>
            <w:vAlign w:val="center"/>
          </w:tcPr>
          <w:p w14:paraId="7D9B8ECF" w14:textId="77777777" w:rsidR="00F9583A" w:rsidRDefault="00F9583A"/>
        </w:tc>
        <w:tc>
          <w:tcPr>
            <w:tcW w:w="1481" w:type="dxa"/>
            <w:tcMar>
              <w:top w:w="90" w:type="dxa"/>
              <w:left w:w="100" w:type="dxa"/>
              <w:bottom w:w="90" w:type="dxa"/>
              <w:right w:w="100" w:type="dxa"/>
            </w:tcMar>
            <w:vAlign w:val="center"/>
          </w:tcPr>
          <w:p w14:paraId="53C2A464" w14:textId="77777777" w:rsidR="00F9583A" w:rsidRDefault="00F9583A"/>
        </w:tc>
      </w:tr>
      <w:tr w:rsidR="00F9583A" w14:paraId="35D2A316" w14:textId="77777777">
        <w:trPr>
          <w:jc w:val="center"/>
        </w:trPr>
        <w:tc>
          <w:tcPr>
            <w:tcW w:w="3456" w:type="dxa"/>
            <w:gridSpan w:val="3"/>
            <w:shd w:val="clear" w:color="auto" w:fill="DCE6F1"/>
            <w:tcMar>
              <w:top w:w="90" w:type="dxa"/>
              <w:left w:w="100" w:type="dxa"/>
              <w:bottom w:w="90" w:type="dxa"/>
              <w:right w:w="100" w:type="dxa"/>
            </w:tcMar>
            <w:vAlign w:val="center"/>
          </w:tcPr>
          <w:p w14:paraId="6C391E7E" w14:textId="77777777" w:rsidR="00F9583A" w:rsidRDefault="001D3E8F">
            <w:r>
              <w:rPr>
                <w:b/>
                <w:sz w:val="18"/>
              </w:rPr>
              <w:t>Staff signature on receipt</w:t>
            </w:r>
          </w:p>
        </w:tc>
        <w:tc>
          <w:tcPr>
            <w:tcW w:w="6623" w:type="dxa"/>
            <w:gridSpan w:val="4"/>
            <w:tcMar>
              <w:top w:w="90" w:type="dxa"/>
              <w:left w:w="100" w:type="dxa"/>
              <w:bottom w:w="90" w:type="dxa"/>
              <w:right w:w="100" w:type="dxa"/>
            </w:tcMar>
            <w:vAlign w:val="center"/>
          </w:tcPr>
          <w:p w14:paraId="6653BEFB" w14:textId="77777777" w:rsidR="00F9583A" w:rsidRDefault="00F9583A"/>
        </w:tc>
      </w:tr>
      <w:tr w:rsidR="00F9583A" w14:paraId="345783CC" w14:textId="77777777">
        <w:trPr>
          <w:jc w:val="center"/>
        </w:trPr>
        <w:tc>
          <w:tcPr>
            <w:tcW w:w="3456" w:type="dxa"/>
            <w:gridSpan w:val="3"/>
            <w:shd w:val="clear" w:color="auto" w:fill="DCE6F1"/>
            <w:tcMar>
              <w:top w:w="90" w:type="dxa"/>
              <w:left w:w="100" w:type="dxa"/>
              <w:bottom w:w="90" w:type="dxa"/>
              <w:right w:w="100" w:type="dxa"/>
            </w:tcMar>
            <w:vAlign w:val="center"/>
          </w:tcPr>
          <w:p w14:paraId="6CC75F27" w14:textId="77777777" w:rsidR="00F9583A" w:rsidRDefault="001D3E8F">
            <w:r>
              <w:rPr>
                <w:b/>
                <w:sz w:val="18"/>
              </w:rPr>
              <w:t>Parent/carer signature</w:t>
            </w:r>
          </w:p>
        </w:tc>
        <w:tc>
          <w:tcPr>
            <w:tcW w:w="6623" w:type="dxa"/>
            <w:gridSpan w:val="4"/>
            <w:tcMar>
              <w:top w:w="90" w:type="dxa"/>
              <w:left w:w="100" w:type="dxa"/>
              <w:bottom w:w="90" w:type="dxa"/>
              <w:right w:w="100" w:type="dxa"/>
            </w:tcMar>
            <w:vAlign w:val="center"/>
          </w:tcPr>
          <w:p w14:paraId="379A450B" w14:textId="77777777" w:rsidR="00F9583A" w:rsidRDefault="00F9583A"/>
        </w:tc>
      </w:tr>
      <w:tr w:rsidR="00F9583A" w14:paraId="6F8DBC7F" w14:textId="77777777">
        <w:trPr>
          <w:jc w:val="center"/>
        </w:trPr>
        <w:tc>
          <w:tcPr>
            <w:tcW w:w="3456" w:type="dxa"/>
            <w:gridSpan w:val="3"/>
            <w:shd w:val="clear" w:color="auto" w:fill="DCE6F1"/>
            <w:tcMar>
              <w:top w:w="90" w:type="dxa"/>
              <w:left w:w="100" w:type="dxa"/>
              <w:bottom w:w="90" w:type="dxa"/>
              <w:right w:w="100" w:type="dxa"/>
            </w:tcMar>
            <w:vAlign w:val="center"/>
          </w:tcPr>
          <w:p w14:paraId="1C6809EB" w14:textId="77777777" w:rsidR="00F9583A" w:rsidRDefault="001D3E8F">
            <w:r>
              <w:rPr>
                <w:b/>
                <w:sz w:val="18"/>
              </w:rPr>
              <w:t>Date returned/disposed</w:t>
            </w:r>
          </w:p>
        </w:tc>
        <w:tc>
          <w:tcPr>
            <w:tcW w:w="6623" w:type="dxa"/>
            <w:gridSpan w:val="4"/>
            <w:tcMar>
              <w:top w:w="90" w:type="dxa"/>
              <w:left w:w="100" w:type="dxa"/>
              <w:bottom w:w="90" w:type="dxa"/>
              <w:right w:w="100" w:type="dxa"/>
            </w:tcMar>
            <w:vAlign w:val="center"/>
          </w:tcPr>
          <w:p w14:paraId="5E5149EC" w14:textId="77777777" w:rsidR="00F9583A" w:rsidRDefault="00F9583A"/>
        </w:tc>
      </w:tr>
    </w:tbl>
    <w:p w14:paraId="2B854535" w14:textId="77777777" w:rsidR="00F9583A" w:rsidRDefault="00F9583A">
      <w:pPr>
        <w:spacing w:after="20"/>
      </w:pPr>
    </w:p>
    <w:p w14:paraId="32BCB97A" w14:textId="77777777" w:rsidR="00F9583A" w:rsidRDefault="001D3E8F">
      <w:r>
        <w:br w:type="page"/>
      </w:r>
    </w:p>
    <w:p w14:paraId="0D245224" w14:textId="2E261F3B" w:rsidR="00F9583A" w:rsidRDefault="001D3E8F">
      <w:pPr>
        <w:pStyle w:val="Heading1"/>
      </w:pPr>
      <w:r>
        <w:lastRenderedPageBreak/>
        <w:t>Template D: Record of medicine administered to pupils</w:t>
      </w:r>
    </w:p>
    <w:p w14:paraId="0788E8E3" w14:textId="2A5B06C3" w:rsidR="001D3E8F" w:rsidRDefault="001D3E8F" w:rsidP="001D3E8F"/>
    <w:p w14:paraId="011F2675" w14:textId="66D1896D" w:rsidR="001D3E8F" w:rsidRPr="001D3E8F" w:rsidRDefault="001D3E8F" w:rsidP="001D3E8F">
      <w:r>
        <w:t>Name of Academy Setting:</w:t>
      </w:r>
    </w:p>
    <w:tbl>
      <w:tblPr>
        <w:tblStyle w:val="TableGrid"/>
        <w:tblW w:w="0" w:type="auto"/>
        <w:jc w:val="center"/>
        <w:tblLook w:val="04A0" w:firstRow="1" w:lastRow="0" w:firstColumn="1" w:lastColumn="0" w:noHBand="0" w:noVBand="1"/>
      </w:tblPr>
      <w:tblGrid>
        <w:gridCol w:w="1295"/>
        <w:gridCol w:w="1295"/>
        <w:gridCol w:w="1294"/>
        <w:gridCol w:w="1295"/>
        <w:gridCol w:w="1294"/>
        <w:gridCol w:w="1296"/>
        <w:gridCol w:w="1295"/>
        <w:gridCol w:w="1294"/>
      </w:tblGrid>
      <w:tr w:rsidR="00F9583A" w14:paraId="3F4664A4" w14:textId="77777777">
        <w:trPr>
          <w:jc w:val="center"/>
        </w:trPr>
        <w:tc>
          <w:tcPr>
            <w:tcW w:w="1296" w:type="dxa"/>
            <w:shd w:val="clear" w:color="auto" w:fill="104F75"/>
            <w:tcMar>
              <w:top w:w="90" w:type="dxa"/>
              <w:left w:w="100" w:type="dxa"/>
              <w:bottom w:w="90" w:type="dxa"/>
              <w:right w:w="100" w:type="dxa"/>
            </w:tcMar>
            <w:vAlign w:val="center"/>
          </w:tcPr>
          <w:p w14:paraId="456FFA3B" w14:textId="77777777" w:rsidR="00F9583A" w:rsidRDefault="001D3E8F">
            <w:pPr>
              <w:jc w:val="center"/>
            </w:pPr>
            <w:r>
              <w:rPr>
                <w:b/>
                <w:color w:val="FFFFFF"/>
                <w:sz w:val="14"/>
              </w:rPr>
              <w:t>Date</w:t>
            </w:r>
          </w:p>
        </w:tc>
        <w:tc>
          <w:tcPr>
            <w:tcW w:w="1296" w:type="dxa"/>
            <w:shd w:val="clear" w:color="auto" w:fill="104F75"/>
            <w:tcMar>
              <w:top w:w="90" w:type="dxa"/>
              <w:left w:w="100" w:type="dxa"/>
              <w:bottom w:w="90" w:type="dxa"/>
              <w:right w:w="100" w:type="dxa"/>
            </w:tcMar>
            <w:vAlign w:val="center"/>
          </w:tcPr>
          <w:p w14:paraId="73DF8A63" w14:textId="77777777" w:rsidR="00F9583A" w:rsidRDefault="001D3E8F">
            <w:pPr>
              <w:jc w:val="center"/>
            </w:pPr>
            <w:r>
              <w:rPr>
                <w:b/>
                <w:color w:val="FFFFFF"/>
                <w:sz w:val="14"/>
              </w:rPr>
              <w:t>Pupil</w:t>
            </w:r>
          </w:p>
        </w:tc>
        <w:tc>
          <w:tcPr>
            <w:tcW w:w="1296" w:type="dxa"/>
            <w:shd w:val="clear" w:color="auto" w:fill="104F75"/>
            <w:tcMar>
              <w:top w:w="90" w:type="dxa"/>
              <w:left w:w="100" w:type="dxa"/>
              <w:bottom w:w="90" w:type="dxa"/>
              <w:right w:w="100" w:type="dxa"/>
            </w:tcMar>
            <w:vAlign w:val="center"/>
          </w:tcPr>
          <w:p w14:paraId="61CCF9D0" w14:textId="77777777" w:rsidR="00F9583A" w:rsidRDefault="001D3E8F">
            <w:pPr>
              <w:jc w:val="center"/>
            </w:pPr>
            <w:r>
              <w:rPr>
                <w:b/>
                <w:color w:val="FFFFFF"/>
                <w:sz w:val="14"/>
              </w:rPr>
              <w:t>Time</w:t>
            </w:r>
          </w:p>
        </w:tc>
        <w:tc>
          <w:tcPr>
            <w:tcW w:w="1296" w:type="dxa"/>
            <w:shd w:val="clear" w:color="auto" w:fill="104F75"/>
            <w:tcMar>
              <w:top w:w="90" w:type="dxa"/>
              <w:left w:w="100" w:type="dxa"/>
              <w:bottom w:w="90" w:type="dxa"/>
              <w:right w:w="100" w:type="dxa"/>
            </w:tcMar>
            <w:vAlign w:val="center"/>
          </w:tcPr>
          <w:p w14:paraId="0F989887" w14:textId="77777777" w:rsidR="00F9583A" w:rsidRDefault="001D3E8F">
            <w:pPr>
              <w:jc w:val="center"/>
            </w:pPr>
            <w:r>
              <w:rPr>
                <w:b/>
                <w:color w:val="FFFFFF"/>
                <w:sz w:val="14"/>
              </w:rPr>
              <w:t>Medicine</w:t>
            </w:r>
          </w:p>
        </w:tc>
        <w:tc>
          <w:tcPr>
            <w:tcW w:w="1296" w:type="dxa"/>
            <w:shd w:val="clear" w:color="auto" w:fill="104F75"/>
            <w:tcMar>
              <w:top w:w="90" w:type="dxa"/>
              <w:left w:w="100" w:type="dxa"/>
              <w:bottom w:w="90" w:type="dxa"/>
              <w:right w:w="100" w:type="dxa"/>
            </w:tcMar>
            <w:vAlign w:val="center"/>
          </w:tcPr>
          <w:p w14:paraId="6C201F19" w14:textId="77777777" w:rsidR="00F9583A" w:rsidRDefault="001D3E8F">
            <w:pPr>
              <w:jc w:val="center"/>
            </w:pPr>
            <w:r>
              <w:rPr>
                <w:b/>
                <w:color w:val="FFFFFF"/>
                <w:sz w:val="14"/>
              </w:rPr>
              <w:t>Dose</w:t>
            </w:r>
          </w:p>
        </w:tc>
        <w:tc>
          <w:tcPr>
            <w:tcW w:w="1296" w:type="dxa"/>
            <w:shd w:val="clear" w:color="auto" w:fill="104F75"/>
            <w:tcMar>
              <w:top w:w="90" w:type="dxa"/>
              <w:left w:w="100" w:type="dxa"/>
              <w:bottom w:w="90" w:type="dxa"/>
              <w:right w:w="100" w:type="dxa"/>
            </w:tcMar>
            <w:vAlign w:val="center"/>
          </w:tcPr>
          <w:p w14:paraId="2755FACB" w14:textId="77777777" w:rsidR="00F9583A" w:rsidRDefault="001D3E8F">
            <w:pPr>
              <w:jc w:val="center"/>
            </w:pPr>
            <w:r>
              <w:rPr>
                <w:b/>
                <w:color w:val="FFFFFF"/>
                <w:sz w:val="14"/>
              </w:rPr>
              <w:t>Reaction/notes</w:t>
            </w:r>
          </w:p>
        </w:tc>
        <w:tc>
          <w:tcPr>
            <w:tcW w:w="1296" w:type="dxa"/>
            <w:shd w:val="clear" w:color="auto" w:fill="104F75"/>
            <w:tcMar>
              <w:top w:w="90" w:type="dxa"/>
              <w:left w:w="100" w:type="dxa"/>
              <w:bottom w:w="90" w:type="dxa"/>
              <w:right w:w="100" w:type="dxa"/>
            </w:tcMar>
            <w:vAlign w:val="center"/>
          </w:tcPr>
          <w:p w14:paraId="28830933" w14:textId="77777777" w:rsidR="00F9583A" w:rsidRDefault="001D3E8F">
            <w:pPr>
              <w:jc w:val="center"/>
            </w:pPr>
            <w:r>
              <w:rPr>
                <w:b/>
                <w:color w:val="FFFFFF"/>
                <w:sz w:val="14"/>
              </w:rPr>
              <w:t>Signature</w:t>
            </w:r>
          </w:p>
        </w:tc>
        <w:tc>
          <w:tcPr>
            <w:tcW w:w="1296" w:type="dxa"/>
            <w:shd w:val="clear" w:color="auto" w:fill="104F75"/>
            <w:tcMar>
              <w:top w:w="90" w:type="dxa"/>
              <w:left w:w="100" w:type="dxa"/>
              <w:bottom w:w="90" w:type="dxa"/>
              <w:right w:w="100" w:type="dxa"/>
            </w:tcMar>
            <w:vAlign w:val="center"/>
          </w:tcPr>
          <w:p w14:paraId="4604BFFF" w14:textId="77777777" w:rsidR="00F9583A" w:rsidRDefault="001D3E8F">
            <w:pPr>
              <w:jc w:val="center"/>
            </w:pPr>
            <w:r>
              <w:rPr>
                <w:b/>
                <w:color w:val="FFFFFF"/>
                <w:sz w:val="14"/>
              </w:rPr>
              <w:t>Print name</w:t>
            </w:r>
          </w:p>
        </w:tc>
      </w:tr>
      <w:tr w:rsidR="00F9583A" w14:paraId="6E73D8A2" w14:textId="77777777">
        <w:trPr>
          <w:jc w:val="center"/>
        </w:trPr>
        <w:tc>
          <w:tcPr>
            <w:tcW w:w="1296" w:type="dxa"/>
            <w:tcMar>
              <w:top w:w="90" w:type="dxa"/>
              <w:left w:w="100" w:type="dxa"/>
              <w:bottom w:w="90" w:type="dxa"/>
              <w:right w:w="100" w:type="dxa"/>
            </w:tcMar>
            <w:vAlign w:val="center"/>
          </w:tcPr>
          <w:p w14:paraId="0A8FBA9A" w14:textId="77777777" w:rsidR="00F9583A" w:rsidRDefault="00F9583A"/>
        </w:tc>
        <w:tc>
          <w:tcPr>
            <w:tcW w:w="1296" w:type="dxa"/>
            <w:tcMar>
              <w:top w:w="90" w:type="dxa"/>
              <w:left w:w="100" w:type="dxa"/>
              <w:bottom w:w="90" w:type="dxa"/>
              <w:right w:w="100" w:type="dxa"/>
            </w:tcMar>
            <w:vAlign w:val="center"/>
          </w:tcPr>
          <w:p w14:paraId="46F66350" w14:textId="77777777" w:rsidR="00F9583A" w:rsidRDefault="00F9583A"/>
        </w:tc>
        <w:tc>
          <w:tcPr>
            <w:tcW w:w="1296" w:type="dxa"/>
            <w:tcMar>
              <w:top w:w="90" w:type="dxa"/>
              <w:left w:w="100" w:type="dxa"/>
              <w:bottom w:w="90" w:type="dxa"/>
              <w:right w:w="100" w:type="dxa"/>
            </w:tcMar>
            <w:vAlign w:val="center"/>
          </w:tcPr>
          <w:p w14:paraId="754CC4D5" w14:textId="77777777" w:rsidR="00F9583A" w:rsidRDefault="00F9583A"/>
        </w:tc>
        <w:tc>
          <w:tcPr>
            <w:tcW w:w="1296" w:type="dxa"/>
            <w:tcMar>
              <w:top w:w="90" w:type="dxa"/>
              <w:left w:w="100" w:type="dxa"/>
              <w:bottom w:w="90" w:type="dxa"/>
              <w:right w:w="100" w:type="dxa"/>
            </w:tcMar>
            <w:vAlign w:val="center"/>
          </w:tcPr>
          <w:p w14:paraId="1D28183E" w14:textId="77777777" w:rsidR="00F9583A" w:rsidRDefault="00F9583A"/>
        </w:tc>
        <w:tc>
          <w:tcPr>
            <w:tcW w:w="1296" w:type="dxa"/>
            <w:tcMar>
              <w:top w:w="90" w:type="dxa"/>
              <w:left w:w="100" w:type="dxa"/>
              <w:bottom w:w="90" w:type="dxa"/>
              <w:right w:w="100" w:type="dxa"/>
            </w:tcMar>
            <w:vAlign w:val="center"/>
          </w:tcPr>
          <w:p w14:paraId="2636B58D" w14:textId="77777777" w:rsidR="00F9583A" w:rsidRDefault="00F9583A"/>
        </w:tc>
        <w:tc>
          <w:tcPr>
            <w:tcW w:w="1296" w:type="dxa"/>
            <w:tcMar>
              <w:top w:w="90" w:type="dxa"/>
              <w:left w:w="100" w:type="dxa"/>
              <w:bottom w:w="90" w:type="dxa"/>
              <w:right w:w="100" w:type="dxa"/>
            </w:tcMar>
            <w:vAlign w:val="center"/>
          </w:tcPr>
          <w:p w14:paraId="1BDFB073" w14:textId="77777777" w:rsidR="00F9583A" w:rsidRDefault="00F9583A"/>
        </w:tc>
        <w:tc>
          <w:tcPr>
            <w:tcW w:w="1296" w:type="dxa"/>
            <w:tcMar>
              <w:top w:w="90" w:type="dxa"/>
              <w:left w:w="100" w:type="dxa"/>
              <w:bottom w:w="90" w:type="dxa"/>
              <w:right w:w="100" w:type="dxa"/>
            </w:tcMar>
            <w:vAlign w:val="center"/>
          </w:tcPr>
          <w:p w14:paraId="6F80F787" w14:textId="77777777" w:rsidR="00F9583A" w:rsidRDefault="00F9583A"/>
        </w:tc>
        <w:tc>
          <w:tcPr>
            <w:tcW w:w="1296" w:type="dxa"/>
            <w:tcMar>
              <w:top w:w="90" w:type="dxa"/>
              <w:left w:w="100" w:type="dxa"/>
              <w:bottom w:w="90" w:type="dxa"/>
              <w:right w:w="100" w:type="dxa"/>
            </w:tcMar>
            <w:vAlign w:val="center"/>
          </w:tcPr>
          <w:p w14:paraId="41A4E862" w14:textId="77777777" w:rsidR="00F9583A" w:rsidRDefault="00F9583A"/>
        </w:tc>
      </w:tr>
      <w:tr w:rsidR="00F9583A" w14:paraId="2242787E" w14:textId="77777777">
        <w:trPr>
          <w:jc w:val="center"/>
        </w:trPr>
        <w:tc>
          <w:tcPr>
            <w:tcW w:w="1296" w:type="dxa"/>
            <w:tcMar>
              <w:top w:w="90" w:type="dxa"/>
              <w:left w:w="100" w:type="dxa"/>
              <w:bottom w:w="90" w:type="dxa"/>
              <w:right w:w="100" w:type="dxa"/>
            </w:tcMar>
            <w:vAlign w:val="center"/>
          </w:tcPr>
          <w:p w14:paraId="6D4AA14E" w14:textId="77777777" w:rsidR="00F9583A" w:rsidRDefault="00F9583A"/>
        </w:tc>
        <w:tc>
          <w:tcPr>
            <w:tcW w:w="1296" w:type="dxa"/>
            <w:tcMar>
              <w:top w:w="90" w:type="dxa"/>
              <w:left w:w="100" w:type="dxa"/>
              <w:bottom w:w="90" w:type="dxa"/>
              <w:right w:w="100" w:type="dxa"/>
            </w:tcMar>
            <w:vAlign w:val="center"/>
          </w:tcPr>
          <w:p w14:paraId="631B2140" w14:textId="77777777" w:rsidR="00F9583A" w:rsidRDefault="00F9583A"/>
        </w:tc>
        <w:tc>
          <w:tcPr>
            <w:tcW w:w="1296" w:type="dxa"/>
            <w:tcMar>
              <w:top w:w="90" w:type="dxa"/>
              <w:left w:w="100" w:type="dxa"/>
              <w:bottom w:w="90" w:type="dxa"/>
              <w:right w:w="100" w:type="dxa"/>
            </w:tcMar>
            <w:vAlign w:val="center"/>
          </w:tcPr>
          <w:p w14:paraId="22D76E17" w14:textId="77777777" w:rsidR="00F9583A" w:rsidRDefault="00F9583A"/>
        </w:tc>
        <w:tc>
          <w:tcPr>
            <w:tcW w:w="1296" w:type="dxa"/>
            <w:tcMar>
              <w:top w:w="90" w:type="dxa"/>
              <w:left w:w="100" w:type="dxa"/>
              <w:bottom w:w="90" w:type="dxa"/>
              <w:right w:w="100" w:type="dxa"/>
            </w:tcMar>
            <w:vAlign w:val="center"/>
          </w:tcPr>
          <w:p w14:paraId="3DA73A07" w14:textId="77777777" w:rsidR="00F9583A" w:rsidRDefault="00F9583A"/>
        </w:tc>
        <w:tc>
          <w:tcPr>
            <w:tcW w:w="1296" w:type="dxa"/>
            <w:tcMar>
              <w:top w:w="90" w:type="dxa"/>
              <w:left w:w="100" w:type="dxa"/>
              <w:bottom w:w="90" w:type="dxa"/>
              <w:right w:w="100" w:type="dxa"/>
            </w:tcMar>
            <w:vAlign w:val="center"/>
          </w:tcPr>
          <w:p w14:paraId="5369F7EE" w14:textId="77777777" w:rsidR="00F9583A" w:rsidRDefault="00F9583A"/>
        </w:tc>
        <w:tc>
          <w:tcPr>
            <w:tcW w:w="1296" w:type="dxa"/>
            <w:tcMar>
              <w:top w:w="90" w:type="dxa"/>
              <w:left w:w="100" w:type="dxa"/>
              <w:bottom w:w="90" w:type="dxa"/>
              <w:right w:w="100" w:type="dxa"/>
            </w:tcMar>
            <w:vAlign w:val="center"/>
          </w:tcPr>
          <w:p w14:paraId="23595A0D" w14:textId="77777777" w:rsidR="00F9583A" w:rsidRDefault="00F9583A"/>
        </w:tc>
        <w:tc>
          <w:tcPr>
            <w:tcW w:w="1296" w:type="dxa"/>
            <w:tcMar>
              <w:top w:w="90" w:type="dxa"/>
              <w:left w:w="100" w:type="dxa"/>
              <w:bottom w:w="90" w:type="dxa"/>
              <w:right w:w="100" w:type="dxa"/>
            </w:tcMar>
            <w:vAlign w:val="center"/>
          </w:tcPr>
          <w:p w14:paraId="35E0707A" w14:textId="77777777" w:rsidR="00F9583A" w:rsidRDefault="00F9583A"/>
        </w:tc>
        <w:tc>
          <w:tcPr>
            <w:tcW w:w="1296" w:type="dxa"/>
            <w:tcMar>
              <w:top w:w="90" w:type="dxa"/>
              <w:left w:w="100" w:type="dxa"/>
              <w:bottom w:w="90" w:type="dxa"/>
              <w:right w:w="100" w:type="dxa"/>
            </w:tcMar>
            <w:vAlign w:val="center"/>
          </w:tcPr>
          <w:p w14:paraId="7E47C44B" w14:textId="77777777" w:rsidR="00F9583A" w:rsidRDefault="00F9583A"/>
        </w:tc>
      </w:tr>
      <w:tr w:rsidR="00F9583A" w14:paraId="40BCFB41" w14:textId="77777777">
        <w:trPr>
          <w:jc w:val="center"/>
        </w:trPr>
        <w:tc>
          <w:tcPr>
            <w:tcW w:w="1296" w:type="dxa"/>
            <w:tcMar>
              <w:top w:w="90" w:type="dxa"/>
              <w:left w:w="100" w:type="dxa"/>
              <w:bottom w:w="90" w:type="dxa"/>
              <w:right w:w="100" w:type="dxa"/>
            </w:tcMar>
            <w:vAlign w:val="center"/>
          </w:tcPr>
          <w:p w14:paraId="6B154E5D" w14:textId="77777777" w:rsidR="00F9583A" w:rsidRDefault="00F9583A"/>
        </w:tc>
        <w:tc>
          <w:tcPr>
            <w:tcW w:w="1296" w:type="dxa"/>
            <w:tcMar>
              <w:top w:w="90" w:type="dxa"/>
              <w:left w:w="100" w:type="dxa"/>
              <w:bottom w:w="90" w:type="dxa"/>
              <w:right w:w="100" w:type="dxa"/>
            </w:tcMar>
            <w:vAlign w:val="center"/>
          </w:tcPr>
          <w:p w14:paraId="2B6C48C3" w14:textId="77777777" w:rsidR="00F9583A" w:rsidRDefault="00F9583A"/>
        </w:tc>
        <w:tc>
          <w:tcPr>
            <w:tcW w:w="1296" w:type="dxa"/>
            <w:tcMar>
              <w:top w:w="90" w:type="dxa"/>
              <w:left w:w="100" w:type="dxa"/>
              <w:bottom w:w="90" w:type="dxa"/>
              <w:right w:w="100" w:type="dxa"/>
            </w:tcMar>
            <w:vAlign w:val="center"/>
          </w:tcPr>
          <w:p w14:paraId="743027CB" w14:textId="77777777" w:rsidR="00F9583A" w:rsidRDefault="00F9583A"/>
        </w:tc>
        <w:tc>
          <w:tcPr>
            <w:tcW w:w="1296" w:type="dxa"/>
            <w:tcMar>
              <w:top w:w="90" w:type="dxa"/>
              <w:left w:w="100" w:type="dxa"/>
              <w:bottom w:w="90" w:type="dxa"/>
              <w:right w:w="100" w:type="dxa"/>
            </w:tcMar>
            <w:vAlign w:val="center"/>
          </w:tcPr>
          <w:p w14:paraId="76739778" w14:textId="77777777" w:rsidR="00F9583A" w:rsidRDefault="00F9583A"/>
        </w:tc>
        <w:tc>
          <w:tcPr>
            <w:tcW w:w="1296" w:type="dxa"/>
            <w:tcMar>
              <w:top w:w="90" w:type="dxa"/>
              <w:left w:w="100" w:type="dxa"/>
              <w:bottom w:w="90" w:type="dxa"/>
              <w:right w:w="100" w:type="dxa"/>
            </w:tcMar>
            <w:vAlign w:val="center"/>
          </w:tcPr>
          <w:p w14:paraId="4B86D932" w14:textId="77777777" w:rsidR="00F9583A" w:rsidRDefault="00F9583A"/>
        </w:tc>
        <w:tc>
          <w:tcPr>
            <w:tcW w:w="1296" w:type="dxa"/>
            <w:tcMar>
              <w:top w:w="90" w:type="dxa"/>
              <w:left w:w="100" w:type="dxa"/>
              <w:bottom w:w="90" w:type="dxa"/>
              <w:right w:w="100" w:type="dxa"/>
            </w:tcMar>
            <w:vAlign w:val="center"/>
          </w:tcPr>
          <w:p w14:paraId="0F471DB9" w14:textId="77777777" w:rsidR="00F9583A" w:rsidRDefault="00F9583A"/>
        </w:tc>
        <w:tc>
          <w:tcPr>
            <w:tcW w:w="1296" w:type="dxa"/>
            <w:tcMar>
              <w:top w:w="90" w:type="dxa"/>
              <w:left w:w="100" w:type="dxa"/>
              <w:bottom w:w="90" w:type="dxa"/>
              <w:right w:w="100" w:type="dxa"/>
            </w:tcMar>
            <w:vAlign w:val="center"/>
          </w:tcPr>
          <w:p w14:paraId="364BEB6B" w14:textId="77777777" w:rsidR="00F9583A" w:rsidRDefault="00F9583A"/>
        </w:tc>
        <w:tc>
          <w:tcPr>
            <w:tcW w:w="1296" w:type="dxa"/>
            <w:tcMar>
              <w:top w:w="90" w:type="dxa"/>
              <w:left w:w="100" w:type="dxa"/>
              <w:bottom w:w="90" w:type="dxa"/>
              <w:right w:w="100" w:type="dxa"/>
            </w:tcMar>
            <w:vAlign w:val="center"/>
          </w:tcPr>
          <w:p w14:paraId="19933DF7" w14:textId="77777777" w:rsidR="00F9583A" w:rsidRDefault="00F9583A"/>
        </w:tc>
      </w:tr>
      <w:tr w:rsidR="00F9583A" w14:paraId="4E1E4AF9" w14:textId="77777777">
        <w:trPr>
          <w:jc w:val="center"/>
        </w:trPr>
        <w:tc>
          <w:tcPr>
            <w:tcW w:w="1296" w:type="dxa"/>
            <w:tcMar>
              <w:top w:w="90" w:type="dxa"/>
              <w:left w:w="100" w:type="dxa"/>
              <w:bottom w:w="90" w:type="dxa"/>
              <w:right w:w="100" w:type="dxa"/>
            </w:tcMar>
            <w:vAlign w:val="center"/>
          </w:tcPr>
          <w:p w14:paraId="2CFFD43E" w14:textId="77777777" w:rsidR="00F9583A" w:rsidRDefault="00F9583A"/>
        </w:tc>
        <w:tc>
          <w:tcPr>
            <w:tcW w:w="1296" w:type="dxa"/>
            <w:tcMar>
              <w:top w:w="90" w:type="dxa"/>
              <w:left w:w="100" w:type="dxa"/>
              <w:bottom w:w="90" w:type="dxa"/>
              <w:right w:w="100" w:type="dxa"/>
            </w:tcMar>
            <w:vAlign w:val="center"/>
          </w:tcPr>
          <w:p w14:paraId="6D7E0A04" w14:textId="77777777" w:rsidR="00F9583A" w:rsidRDefault="00F9583A"/>
        </w:tc>
        <w:tc>
          <w:tcPr>
            <w:tcW w:w="1296" w:type="dxa"/>
            <w:tcMar>
              <w:top w:w="90" w:type="dxa"/>
              <w:left w:w="100" w:type="dxa"/>
              <w:bottom w:w="90" w:type="dxa"/>
              <w:right w:w="100" w:type="dxa"/>
            </w:tcMar>
            <w:vAlign w:val="center"/>
          </w:tcPr>
          <w:p w14:paraId="17531DD6" w14:textId="77777777" w:rsidR="00F9583A" w:rsidRDefault="00F9583A"/>
        </w:tc>
        <w:tc>
          <w:tcPr>
            <w:tcW w:w="1296" w:type="dxa"/>
            <w:tcMar>
              <w:top w:w="90" w:type="dxa"/>
              <w:left w:w="100" w:type="dxa"/>
              <w:bottom w:w="90" w:type="dxa"/>
              <w:right w:w="100" w:type="dxa"/>
            </w:tcMar>
            <w:vAlign w:val="center"/>
          </w:tcPr>
          <w:p w14:paraId="6AAC613F" w14:textId="77777777" w:rsidR="00F9583A" w:rsidRDefault="00F9583A"/>
        </w:tc>
        <w:tc>
          <w:tcPr>
            <w:tcW w:w="1296" w:type="dxa"/>
            <w:tcMar>
              <w:top w:w="90" w:type="dxa"/>
              <w:left w:w="100" w:type="dxa"/>
              <w:bottom w:w="90" w:type="dxa"/>
              <w:right w:w="100" w:type="dxa"/>
            </w:tcMar>
            <w:vAlign w:val="center"/>
          </w:tcPr>
          <w:p w14:paraId="721BAB2A" w14:textId="77777777" w:rsidR="00F9583A" w:rsidRDefault="00F9583A"/>
        </w:tc>
        <w:tc>
          <w:tcPr>
            <w:tcW w:w="1296" w:type="dxa"/>
            <w:tcMar>
              <w:top w:w="90" w:type="dxa"/>
              <w:left w:w="100" w:type="dxa"/>
              <w:bottom w:w="90" w:type="dxa"/>
              <w:right w:w="100" w:type="dxa"/>
            </w:tcMar>
            <w:vAlign w:val="center"/>
          </w:tcPr>
          <w:p w14:paraId="2A825F13" w14:textId="77777777" w:rsidR="00F9583A" w:rsidRDefault="00F9583A"/>
        </w:tc>
        <w:tc>
          <w:tcPr>
            <w:tcW w:w="1296" w:type="dxa"/>
            <w:tcMar>
              <w:top w:w="90" w:type="dxa"/>
              <w:left w:w="100" w:type="dxa"/>
              <w:bottom w:w="90" w:type="dxa"/>
              <w:right w:w="100" w:type="dxa"/>
            </w:tcMar>
            <w:vAlign w:val="center"/>
          </w:tcPr>
          <w:p w14:paraId="66861645" w14:textId="77777777" w:rsidR="00F9583A" w:rsidRDefault="00F9583A"/>
        </w:tc>
        <w:tc>
          <w:tcPr>
            <w:tcW w:w="1296" w:type="dxa"/>
            <w:tcMar>
              <w:top w:w="90" w:type="dxa"/>
              <w:left w:w="100" w:type="dxa"/>
              <w:bottom w:w="90" w:type="dxa"/>
              <w:right w:w="100" w:type="dxa"/>
            </w:tcMar>
            <w:vAlign w:val="center"/>
          </w:tcPr>
          <w:p w14:paraId="41114203" w14:textId="77777777" w:rsidR="00F9583A" w:rsidRDefault="00F9583A"/>
        </w:tc>
      </w:tr>
      <w:tr w:rsidR="00F9583A" w14:paraId="153028B7" w14:textId="77777777">
        <w:trPr>
          <w:jc w:val="center"/>
        </w:trPr>
        <w:tc>
          <w:tcPr>
            <w:tcW w:w="1296" w:type="dxa"/>
            <w:tcMar>
              <w:top w:w="90" w:type="dxa"/>
              <w:left w:w="100" w:type="dxa"/>
              <w:bottom w:w="90" w:type="dxa"/>
              <w:right w:w="100" w:type="dxa"/>
            </w:tcMar>
            <w:vAlign w:val="center"/>
          </w:tcPr>
          <w:p w14:paraId="7B2F2325" w14:textId="77777777" w:rsidR="00F9583A" w:rsidRDefault="00F9583A"/>
        </w:tc>
        <w:tc>
          <w:tcPr>
            <w:tcW w:w="1296" w:type="dxa"/>
            <w:tcMar>
              <w:top w:w="90" w:type="dxa"/>
              <w:left w:w="100" w:type="dxa"/>
              <w:bottom w:w="90" w:type="dxa"/>
              <w:right w:w="100" w:type="dxa"/>
            </w:tcMar>
            <w:vAlign w:val="center"/>
          </w:tcPr>
          <w:p w14:paraId="5A6449D6" w14:textId="77777777" w:rsidR="00F9583A" w:rsidRDefault="00F9583A"/>
        </w:tc>
        <w:tc>
          <w:tcPr>
            <w:tcW w:w="1296" w:type="dxa"/>
            <w:tcMar>
              <w:top w:w="90" w:type="dxa"/>
              <w:left w:w="100" w:type="dxa"/>
              <w:bottom w:w="90" w:type="dxa"/>
              <w:right w:w="100" w:type="dxa"/>
            </w:tcMar>
            <w:vAlign w:val="center"/>
          </w:tcPr>
          <w:p w14:paraId="54717946" w14:textId="77777777" w:rsidR="00F9583A" w:rsidRDefault="00F9583A"/>
        </w:tc>
        <w:tc>
          <w:tcPr>
            <w:tcW w:w="1296" w:type="dxa"/>
            <w:tcMar>
              <w:top w:w="90" w:type="dxa"/>
              <w:left w:w="100" w:type="dxa"/>
              <w:bottom w:w="90" w:type="dxa"/>
              <w:right w:w="100" w:type="dxa"/>
            </w:tcMar>
            <w:vAlign w:val="center"/>
          </w:tcPr>
          <w:p w14:paraId="204646CD" w14:textId="77777777" w:rsidR="00F9583A" w:rsidRDefault="00F9583A"/>
        </w:tc>
        <w:tc>
          <w:tcPr>
            <w:tcW w:w="1296" w:type="dxa"/>
            <w:tcMar>
              <w:top w:w="90" w:type="dxa"/>
              <w:left w:w="100" w:type="dxa"/>
              <w:bottom w:w="90" w:type="dxa"/>
              <w:right w:w="100" w:type="dxa"/>
            </w:tcMar>
            <w:vAlign w:val="center"/>
          </w:tcPr>
          <w:p w14:paraId="4316EE2E" w14:textId="77777777" w:rsidR="00F9583A" w:rsidRDefault="00F9583A"/>
        </w:tc>
        <w:tc>
          <w:tcPr>
            <w:tcW w:w="1296" w:type="dxa"/>
            <w:tcMar>
              <w:top w:w="90" w:type="dxa"/>
              <w:left w:w="100" w:type="dxa"/>
              <w:bottom w:w="90" w:type="dxa"/>
              <w:right w:w="100" w:type="dxa"/>
            </w:tcMar>
            <w:vAlign w:val="center"/>
          </w:tcPr>
          <w:p w14:paraId="61BC2E08" w14:textId="77777777" w:rsidR="00F9583A" w:rsidRDefault="00F9583A"/>
        </w:tc>
        <w:tc>
          <w:tcPr>
            <w:tcW w:w="1296" w:type="dxa"/>
            <w:tcMar>
              <w:top w:w="90" w:type="dxa"/>
              <w:left w:w="100" w:type="dxa"/>
              <w:bottom w:w="90" w:type="dxa"/>
              <w:right w:w="100" w:type="dxa"/>
            </w:tcMar>
            <w:vAlign w:val="center"/>
          </w:tcPr>
          <w:p w14:paraId="0B3EC226" w14:textId="77777777" w:rsidR="00F9583A" w:rsidRDefault="00F9583A"/>
        </w:tc>
        <w:tc>
          <w:tcPr>
            <w:tcW w:w="1296" w:type="dxa"/>
            <w:tcMar>
              <w:top w:w="90" w:type="dxa"/>
              <w:left w:w="100" w:type="dxa"/>
              <w:bottom w:w="90" w:type="dxa"/>
              <w:right w:w="100" w:type="dxa"/>
            </w:tcMar>
            <w:vAlign w:val="center"/>
          </w:tcPr>
          <w:p w14:paraId="01AAEC19" w14:textId="77777777" w:rsidR="00F9583A" w:rsidRDefault="00F9583A"/>
        </w:tc>
      </w:tr>
      <w:tr w:rsidR="00F9583A" w14:paraId="40B68544" w14:textId="77777777">
        <w:trPr>
          <w:jc w:val="center"/>
        </w:trPr>
        <w:tc>
          <w:tcPr>
            <w:tcW w:w="1296" w:type="dxa"/>
            <w:tcMar>
              <w:top w:w="90" w:type="dxa"/>
              <w:left w:w="100" w:type="dxa"/>
              <w:bottom w:w="90" w:type="dxa"/>
              <w:right w:w="100" w:type="dxa"/>
            </w:tcMar>
            <w:vAlign w:val="center"/>
          </w:tcPr>
          <w:p w14:paraId="7396BFB5" w14:textId="77777777" w:rsidR="00F9583A" w:rsidRDefault="00F9583A"/>
        </w:tc>
        <w:tc>
          <w:tcPr>
            <w:tcW w:w="1296" w:type="dxa"/>
            <w:tcMar>
              <w:top w:w="90" w:type="dxa"/>
              <w:left w:w="100" w:type="dxa"/>
              <w:bottom w:w="90" w:type="dxa"/>
              <w:right w:w="100" w:type="dxa"/>
            </w:tcMar>
            <w:vAlign w:val="center"/>
          </w:tcPr>
          <w:p w14:paraId="794581AE" w14:textId="77777777" w:rsidR="00F9583A" w:rsidRDefault="00F9583A"/>
        </w:tc>
        <w:tc>
          <w:tcPr>
            <w:tcW w:w="1296" w:type="dxa"/>
            <w:tcMar>
              <w:top w:w="90" w:type="dxa"/>
              <w:left w:w="100" w:type="dxa"/>
              <w:bottom w:w="90" w:type="dxa"/>
              <w:right w:w="100" w:type="dxa"/>
            </w:tcMar>
            <w:vAlign w:val="center"/>
          </w:tcPr>
          <w:p w14:paraId="7A8CE505" w14:textId="77777777" w:rsidR="00F9583A" w:rsidRDefault="00F9583A"/>
        </w:tc>
        <w:tc>
          <w:tcPr>
            <w:tcW w:w="1296" w:type="dxa"/>
            <w:tcMar>
              <w:top w:w="90" w:type="dxa"/>
              <w:left w:w="100" w:type="dxa"/>
              <w:bottom w:w="90" w:type="dxa"/>
              <w:right w:w="100" w:type="dxa"/>
            </w:tcMar>
            <w:vAlign w:val="center"/>
          </w:tcPr>
          <w:p w14:paraId="0A3AF7EA" w14:textId="77777777" w:rsidR="00F9583A" w:rsidRDefault="00F9583A"/>
        </w:tc>
        <w:tc>
          <w:tcPr>
            <w:tcW w:w="1296" w:type="dxa"/>
            <w:tcMar>
              <w:top w:w="90" w:type="dxa"/>
              <w:left w:w="100" w:type="dxa"/>
              <w:bottom w:w="90" w:type="dxa"/>
              <w:right w:w="100" w:type="dxa"/>
            </w:tcMar>
            <w:vAlign w:val="center"/>
          </w:tcPr>
          <w:p w14:paraId="134592AB" w14:textId="77777777" w:rsidR="00F9583A" w:rsidRDefault="00F9583A"/>
        </w:tc>
        <w:tc>
          <w:tcPr>
            <w:tcW w:w="1296" w:type="dxa"/>
            <w:tcMar>
              <w:top w:w="90" w:type="dxa"/>
              <w:left w:w="100" w:type="dxa"/>
              <w:bottom w:w="90" w:type="dxa"/>
              <w:right w:w="100" w:type="dxa"/>
            </w:tcMar>
            <w:vAlign w:val="center"/>
          </w:tcPr>
          <w:p w14:paraId="6F18689C" w14:textId="77777777" w:rsidR="00F9583A" w:rsidRDefault="00F9583A"/>
        </w:tc>
        <w:tc>
          <w:tcPr>
            <w:tcW w:w="1296" w:type="dxa"/>
            <w:tcMar>
              <w:top w:w="90" w:type="dxa"/>
              <w:left w:w="100" w:type="dxa"/>
              <w:bottom w:w="90" w:type="dxa"/>
              <w:right w:w="100" w:type="dxa"/>
            </w:tcMar>
            <w:vAlign w:val="center"/>
          </w:tcPr>
          <w:p w14:paraId="1672153F" w14:textId="77777777" w:rsidR="00F9583A" w:rsidRDefault="00F9583A"/>
        </w:tc>
        <w:tc>
          <w:tcPr>
            <w:tcW w:w="1296" w:type="dxa"/>
            <w:tcMar>
              <w:top w:w="90" w:type="dxa"/>
              <w:left w:w="100" w:type="dxa"/>
              <w:bottom w:w="90" w:type="dxa"/>
              <w:right w:w="100" w:type="dxa"/>
            </w:tcMar>
            <w:vAlign w:val="center"/>
          </w:tcPr>
          <w:p w14:paraId="31A5CD02" w14:textId="77777777" w:rsidR="00F9583A" w:rsidRDefault="00F9583A"/>
        </w:tc>
      </w:tr>
      <w:tr w:rsidR="00F9583A" w14:paraId="5CA5FB9B" w14:textId="77777777">
        <w:trPr>
          <w:jc w:val="center"/>
        </w:trPr>
        <w:tc>
          <w:tcPr>
            <w:tcW w:w="1296" w:type="dxa"/>
            <w:tcMar>
              <w:top w:w="90" w:type="dxa"/>
              <w:left w:w="100" w:type="dxa"/>
              <w:bottom w:w="90" w:type="dxa"/>
              <w:right w:w="100" w:type="dxa"/>
            </w:tcMar>
            <w:vAlign w:val="center"/>
          </w:tcPr>
          <w:p w14:paraId="35235CBE" w14:textId="77777777" w:rsidR="00F9583A" w:rsidRDefault="00F9583A"/>
        </w:tc>
        <w:tc>
          <w:tcPr>
            <w:tcW w:w="1296" w:type="dxa"/>
            <w:tcMar>
              <w:top w:w="90" w:type="dxa"/>
              <w:left w:w="100" w:type="dxa"/>
              <w:bottom w:w="90" w:type="dxa"/>
              <w:right w:w="100" w:type="dxa"/>
            </w:tcMar>
            <w:vAlign w:val="center"/>
          </w:tcPr>
          <w:p w14:paraId="28A9B31A" w14:textId="77777777" w:rsidR="00F9583A" w:rsidRDefault="00F9583A"/>
        </w:tc>
        <w:tc>
          <w:tcPr>
            <w:tcW w:w="1296" w:type="dxa"/>
            <w:tcMar>
              <w:top w:w="90" w:type="dxa"/>
              <w:left w:w="100" w:type="dxa"/>
              <w:bottom w:w="90" w:type="dxa"/>
              <w:right w:w="100" w:type="dxa"/>
            </w:tcMar>
            <w:vAlign w:val="center"/>
          </w:tcPr>
          <w:p w14:paraId="1148AA44" w14:textId="77777777" w:rsidR="00F9583A" w:rsidRDefault="00F9583A"/>
        </w:tc>
        <w:tc>
          <w:tcPr>
            <w:tcW w:w="1296" w:type="dxa"/>
            <w:tcMar>
              <w:top w:w="90" w:type="dxa"/>
              <w:left w:w="100" w:type="dxa"/>
              <w:bottom w:w="90" w:type="dxa"/>
              <w:right w:w="100" w:type="dxa"/>
            </w:tcMar>
            <w:vAlign w:val="center"/>
          </w:tcPr>
          <w:p w14:paraId="2BB8A090" w14:textId="77777777" w:rsidR="00F9583A" w:rsidRDefault="00F9583A"/>
        </w:tc>
        <w:tc>
          <w:tcPr>
            <w:tcW w:w="1296" w:type="dxa"/>
            <w:tcMar>
              <w:top w:w="90" w:type="dxa"/>
              <w:left w:w="100" w:type="dxa"/>
              <w:bottom w:w="90" w:type="dxa"/>
              <w:right w:w="100" w:type="dxa"/>
            </w:tcMar>
            <w:vAlign w:val="center"/>
          </w:tcPr>
          <w:p w14:paraId="64F46E15" w14:textId="77777777" w:rsidR="00F9583A" w:rsidRDefault="00F9583A"/>
        </w:tc>
        <w:tc>
          <w:tcPr>
            <w:tcW w:w="1296" w:type="dxa"/>
            <w:tcMar>
              <w:top w:w="90" w:type="dxa"/>
              <w:left w:w="100" w:type="dxa"/>
              <w:bottom w:w="90" w:type="dxa"/>
              <w:right w:w="100" w:type="dxa"/>
            </w:tcMar>
            <w:vAlign w:val="center"/>
          </w:tcPr>
          <w:p w14:paraId="102FF732" w14:textId="77777777" w:rsidR="00F9583A" w:rsidRDefault="00F9583A"/>
        </w:tc>
        <w:tc>
          <w:tcPr>
            <w:tcW w:w="1296" w:type="dxa"/>
            <w:tcMar>
              <w:top w:w="90" w:type="dxa"/>
              <w:left w:w="100" w:type="dxa"/>
              <w:bottom w:w="90" w:type="dxa"/>
              <w:right w:w="100" w:type="dxa"/>
            </w:tcMar>
            <w:vAlign w:val="center"/>
          </w:tcPr>
          <w:p w14:paraId="1B2AEB4B" w14:textId="77777777" w:rsidR="00F9583A" w:rsidRDefault="00F9583A"/>
        </w:tc>
        <w:tc>
          <w:tcPr>
            <w:tcW w:w="1296" w:type="dxa"/>
            <w:tcMar>
              <w:top w:w="90" w:type="dxa"/>
              <w:left w:w="100" w:type="dxa"/>
              <w:bottom w:w="90" w:type="dxa"/>
              <w:right w:w="100" w:type="dxa"/>
            </w:tcMar>
            <w:vAlign w:val="center"/>
          </w:tcPr>
          <w:p w14:paraId="58916394" w14:textId="77777777" w:rsidR="00F9583A" w:rsidRDefault="00F9583A"/>
        </w:tc>
      </w:tr>
      <w:tr w:rsidR="00F9583A" w14:paraId="4E8992B6" w14:textId="77777777">
        <w:trPr>
          <w:jc w:val="center"/>
        </w:trPr>
        <w:tc>
          <w:tcPr>
            <w:tcW w:w="1296" w:type="dxa"/>
            <w:tcMar>
              <w:top w:w="90" w:type="dxa"/>
              <w:left w:w="100" w:type="dxa"/>
              <w:bottom w:w="90" w:type="dxa"/>
              <w:right w:w="100" w:type="dxa"/>
            </w:tcMar>
            <w:vAlign w:val="center"/>
          </w:tcPr>
          <w:p w14:paraId="66B25727" w14:textId="77777777" w:rsidR="00F9583A" w:rsidRDefault="00F9583A"/>
        </w:tc>
        <w:tc>
          <w:tcPr>
            <w:tcW w:w="1296" w:type="dxa"/>
            <w:tcMar>
              <w:top w:w="90" w:type="dxa"/>
              <w:left w:w="100" w:type="dxa"/>
              <w:bottom w:w="90" w:type="dxa"/>
              <w:right w:w="100" w:type="dxa"/>
            </w:tcMar>
            <w:vAlign w:val="center"/>
          </w:tcPr>
          <w:p w14:paraId="62C657F2" w14:textId="77777777" w:rsidR="00F9583A" w:rsidRDefault="00F9583A"/>
        </w:tc>
        <w:tc>
          <w:tcPr>
            <w:tcW w:w="1296" w:type="dxa"/>
            <w:tcMar>
              <w:top w:w="90" w:type="dxa"/>
              <w:left w:w="100" w:type="dxa"/>
              <w:bottom w:w="90" w:type="dxa"/>
              <w:right w:w="100" w:type="dxa"/>
            </w:tcMar>
            <w:vAlign w:val="center"/>
          </w:tcPr>
          <w:p w14:paraId="6E28C484" w14:textId="77777777" w:rsidR="00F9583A" w:rsidRDefault="00F9583A"/>
        </w:tc>
        <w:tc>
          <w:tcPr>
            <w:tcW w:w="1296" w:type="dxa"/>
            <w:tcMar>
              <w:top w:w="90" w:type="dxa"/>
              <w:left w:w="100" w:type="dxa"/>
              <w:bottom w:w="90" w:type="dxa"/>
              <w:right w:w="100" w:type="dxa"/>
            </w:tcMar>
            <w:vAlign w:val="center"/>
          </w:tcPr>
          <w:p w14:paraId="2D07E17C" w14:textId="77777777" w:rsidR="00F9583A" w:rsidRDefault="00F9583A"/>
        </w:tc>
        <w:tc>
          <w:tcPr>
            <w:tcW w:w="1296" w:type="dxa"/>
            <w:tcMar>
              <w:top w:w="90" w:type="dxa"/>
              <w:left w:w="100" w:type="dxa"/>
              <w:bottom w:w="90" w:type="dxa"/>
              <w:right w:w="100" w:type="dxa"/>
            </w:tcMar>
            <w:vAlign w:val="center"/>
          </w:tcPr>
          <w:p w14:paraId="22620A52" w14:textId="77777777" w:rsidR="00F9583A" w:rsidRDefault="00F9583A"/>
        </w:tc>
        <w:tc>
          <w:tcPr>
            <w:tcW w:w="1296" w:type="dxa"/>
            <w:tcMar>
              <w:top w:w="90" w:type="dxa"/>
              <w:left w:w="100" w:type="dxa"/>
              <w:bottom w:w="90" w:type="dxa"/>
              <w:right w:w="100" w:type="dxa"/>
            </w:tcMar>
            <w:vAlign w:val="center"/>
          </w:tcPr>
          <w:p w14:paraId="2632AF14" w14:textId="77777777" w:rsidR="00F9583A" w:rsidRDefault="00F9583A"/>
        </w:tc>
        <w:tc>
          <w:tcPr>
            <w:tcW w:w="1296" w:type="dxa"/>
            <w:tcMar>
              <w:top w:w="90" w:type="dxa"/>
              <w:left w:w="100" w:type="dxa"/>
              <w:bottom w:w="90" w:type="dxa"/>
              <w:right w:w="100" w:type="dxa"/>
            </w:tcMar>
            <w:vAlign w:val="center"/>
          </w:tcPr>
          <w:p w14:paraId="01734A17" w14:textId="77777777" w:rsidR="00F9583A" w:rsidRDefault="00F9583A"/>
        </w:tc>
        <w:tc>
          <w:tcPr>
            <w:tcW w:w="1296" w:type="dxa"/>
            <w:tcMar>
              <w:top w:w="90" w:type="dxa"/>
              <w:left w:w="100" w:type="dxa"/>
              <w:bottom w:w="90" w:type="dxa"/>
              <w:right w:w="100" w:type="dxa"/>
            </w:tcMar>
            <w:vAlign w:val="center"/>
          </w:tcPr>
          <w:p w14:paraId="3EEE1432" w14:textId="77777777" w:rsidR="00F9583A" w:rsidRDefault="00F9583A"/>
        </w:tc>
      </w:tr>
      <w:tr w:rsidR="00F9583A" w14:paraId="5E15B57B" w14:textId="77777777">
        <w:trPr>
          <w:jc w:val="center"/>
        </w:trPr>
        <w:tc>
          <w:tcPr>
            <w:tcW w:w="1296" w:type="dxa"/>
            <w:tcMar>
              <w:top w:w="90" w:type="dxa"/>
              <w:left w:w="100" w:type="dxa"/>
              <w:bottom w:w="90" w:type="dxa"/>
              <w:right w:w="100" w:type="dxa"/>
            </w:tcMar>
            <w:vAlign w:val="center"/>
          </w:tcPr>
          <w:p w14:paraId="0ECE3F8A" w14:textId="77777777" w:rsidR="00F9583A" w:rsidRDefault="00F9583A"/>
        </w:tc>
        <w:tc>
          <w:tcPr>
            <w:tcW w:w="1296" w:type="dxa"/>
            <w:tcMar>
              <w:top w:w="90" w:type="dxa"/>
              <w:left w:w="100" w:type="dxa"/>
              <w:bottom w:w="90" w:type="dxa"/>
              <w:right w:w="100" w:type="dxa"/>
            </w:tcMar>
            <w:vAlign w:val="center"/>
          </w:tcPr>
          <w:p w14:paraId="1968486F" w14:textId="77777777" w:rsidR="00F9583A" w:rsidRDefault="00F9583A"/>
        </w:tc>
        <w:tc>
          <w:tcPr>
            <w:tcW w:w="1296" w:type="dxa"/>
            <w:tcMar>
              <w:top w:w="90" w:type="dxa"/>
              <w:left w:w="100" w:type="dxa"/>
              <w:bottom w:w="90" w:type="dxa"/>
              <w:right w:w="100" w:type="dxa"/>
            </w:tcMar>
            <w:vAlign w:val="center"/>
          </w:tcPr>
          <w:p w14:paraId="50AF7FBF" w14:textId="77777777" w:rsidR="00F9583A" w:rsidRDefault="00F9583A"/>
        </w:tc>
        <w:tc>
          <w:tcPr>
            <w:tcW w:w="1296" w:type="dxa"/>
            <w:tcMar>
              <w:top w:w="90" w:type="dxa"/>
              <w:left w:w="100" w:type="dxa"/>
              <w:bottom w:w="90" w:type="dxa"/>
              <w:right w:w="100" w:type="dxa"/>
            </w:tcMar>
            <w:vAlign w:val="center"/>
          </w:tcPr>
          <w:p w14:paraId="77C4AFC7" w14:textId="77777777" w:rsidR="00F9583A" w:rsidRDefault="00F9583A"/>
        </w:tc>
        <w:tc>
          <w:tcPr>
            <w:tcW w:w="1296" w:type="dxa"/>
            <w:tcMar>
              <w:top w:w="90" w:type="dxa"/>
              <w:left w:w="100" w:type="dxa"/>
              <w:bottom w:w="90" w:type="dxa"/>
              <w:right w:w="100" w:type="dxa"/>
            </w:tcMar>
            <w:vAlign w:val="center"/>
          </w:tcPr>
          <w:p w14:paraId="4F986CFD" w14:textId="77777777" w:rsidR="00F9583A" w:rsidRDefault="00F9583A"/>
        </w:tc>
        <w:tc>
          <w:tcPr>
            <w:tcW w:w="1296" w:type="dxa"/>
            <w:tcMar>
              <w:top w:w="90" w:type="dxa"/>
              <w:left w:w="100" w:type="dxa"/>
              <w:bottom w:w="90" w:type="dxa"/>
              <w:right w:w="100" w:type="dxa"/>
            </w:tcMar>
            <w:vAlign w:val="center"/>
          </w:tcPr>
          <w:p w14:paraId="2599FDF4" w14:textId="77777777" w:rsidR="00F9583A" w:rsidRDefault="00F9583A"/>
        </w:tc>
        <w:tc>
          <w:tcPr>
            <w:tcW w:w="1296" w:type="dxa"/>
            <w:tcMar>
              <w:top w:w="90" w:type="dxa"/>
              <w:left w:w="100" w:type="dxa"/>
              <w:bottom w:w="90" w:type="dxa"/>
              <w:right w:w="100" w:type="dxa"/>
            </w:tcMar>
            <w:vAlign w:val="center"/>
          </w:tcPr>
          <w:p w14:paraId="1FB03D87" w14:textId="77777777" w:rsidR="00F9583A" w:rsidRDefault="00F9583A"/>
        </w:tc>
        <w:tc>
          <w:tcPr>
            <w:tcW w:w="1296" w:type="dxa"/>
            <w:tcMar>
              <w:top w:w="90" w:type="dxa"/>
              <w:left w:w="100" w:type="dxa"/>
              <w:bottom w:w="90" w:type="dxa"/>
              <w:right w:w="100" w:type="dxa"/>
            </w:tcMar>
            <w:vAlign w:val="center"/>
          </w:tcPr>
          <w:p w14:paraId="47352D3F" w14:textId="77777777" w:rsidR="00F9583A" w:rsidRDefault="00F9583A"/>
        </w:tc>
      </w:tr>
      <w:tr w:rsidR="00F9583A" w14:paraId="3B823F72" w14:textId="77777777">
        <w:trPr>
          <w:jc w:val="center"/>
        </w:trPr>
        <w:tc>
          <w:tcPr>
            <w:tcW w:w="1296" w:type="dxa"/>
            <w:tcMar>
              <w:top w:w="90" w:type="dxa"/>
              <w:left w:w="100" w:type="dxa"/>
              <w:bottom w:w="90" w:type="dxa"/>
              <w:right w:w="100" w:type="dxa"/>
            </w:tcMar>
            <w:vAlign w:val="center"/>
          </w:tcPr>
          <w:p w14:paraId="01E02999" w14:textId="77777777" w:rsidR="00F9583A" w:rsidRDefault="00F9583A"/>
        </w:tc>
        <w:tc>
          <w:tcPr>
            <w:tcW w:w="1296" w:type="dxa"/>
            <w:tcMar>
              <w:top w:w="90" w:type="dxa"/>
              <w:left w:w="100" w:type="dxa"/>
              <w:bottom w:w="90" w:type="dxa"/>
              <w:right w:w="100" w:type="dxa"/>
            </w:tcMar>
            <w:vAlign w:val="center"/>
          </w:tcPr>
          <w:p w14:paraId="0FA87401" w14:textId="77777777" w:rsidR="00F9583A" w:rsidRDefault="00F9583A"/>
        </w:tc>
        <w:tc>
          <w:tcPr>
            <w:tcW w:w="1296" w:type="dxa"/>
            <w:tcMar>
              <w:top w:w="90" w:type="dxa"/>
              <w:left w:w="100" w:type="dxa"/>
              <w:bottom w:w="90" w:type="dxa"/>
              <w:right w:w="100" w:type="dxa"/>
            </w:tcMar>
            <w:vAlign w:val="center"/>
          </w:tcPr>
          <w:p w14:paraId="4C76FE4A" w14:textId="77777777" w:rsidR="00F9583A" w:rsidRDefault="00F9583A"/>
        </w:tc>
        <w:tc>
          <w:tcPr>
            <w:tcW w:w="1296" w:type="dxa"/>
            <w:tcMar>
              <w:top w:w="90" w:type="dxa"/>
              <w:left w:w="100" w:type="dxa"/>
              <w:bottom w:w="90" w:type="dxa"/>
              <w:right w:w="100" w:type="dxa"/>
            </w:tcMar>
            <w:vAlign w:val="center"/>
          </w:tcPr>
          <w:p w14:paraId="0C064902" w14:textId="77777777" w:rsidR="00F9583A" w:rsidRDefault="00F9583A"/>
        </w:tc>
        <w:tc>
          <w:tcPr>
            <w:tcW w:w="1296" w:type="dxa"/>
            <w:tcMar>
              <w:top w:w="90" w:type="dxa"/>
              <w:left w:w="100" w:type="dxa"/>
              <w:bottom w:w="90" w:type="dxa"/>
              <w:right w:w="100" w:type="dxa"/>
            </w:tcMar>
            <w:vAlign w:val="center"/>
          </w:tcPr>
          <w:p w14:paraId="682B8952" w14:textId="77777777" w:rsidR="00F9583A" w:rsidRDefault="00F9583A"/>
        </w:tc>
        <w:tc>
          <w:tcPr>
            <w:tcW w:w="1296" w:type="dxa"/>
            <w:tcMar>
              <w:top w:w="90" w:type="dxa"/>
              <w:left w:w="100" w:type="dxa"/>
              <w:bottom w:w="90" w:type="dxa"/>
              <w:right w:w="100" w:type="dxa"/>
            </w:tcMar>
            <w:vAlign w:val="center"/>
          </w:tcPr>
          <w:p w14:paraId="69400673" w14:textId="77777777" w:rsidR="00F9583A" w:rsidRDefault="00F9583A"/>
        </w:tc>
        <w:tc>
          <w:tcPr>
            <w:tcW w:w="1296" w:type="dxa"/>
            <w:tcMar>
              <w:top w:w="90" w:type="dxa"/>
              <w:left w:w="100" w:type="dxa"/>
              <w:bottom w:w="90" w:type="dxa"/>
              <w:right w:w="100" w:type="dxa"/>
            </w:tcMar>
            <w:vAlign w:val="center"/>
          </w:tcPr>
          <w:p w14:paraId="584446B0" w14:textId="77777777" w:rsidR="00F9583A" w:rsidRDefault="00F9583A"/>
        </w:tc>
        <w:tc>
          <w:tcPr>
            <w:tcW w:w="1296" w:type="dxa"/>
            <w:tcMar>
              <w:top w:w="90" w:type="dxa"/>
              <w:left w:w="100" w:type="dxa"/>
              <w:bottom w:w="90" w:type="dxa"/>
              <w:right w:w="100" w:type="dxa"/>
            </w:tcMar>
            <w:vAlign w:val="center"/>
          </w:tcPr>
          <w:p w14:paraId="4E58B0C4" w14:textId="77777777" w:rsidR="00F9583A" w:rsidRDefault="00F9583A"/>
        </w:tc>
      </w:tr>
      <w:tr w:rsidR="00F9583A" w14:paraId="4D910277" w14:textId="77777777">
        <w:trPr>
          <w:jc w:val="center"/>
        </w:trPr>
        <w:tc>
          <w:tcPr>
            <w:tcW w:w="1296" w:type="dxa"/>
            <w:tcMar>
              <w:top w:w="90" w:type="dxa"/>
              <w:left w:w="100" w:type="dxa"/>
              <w:bottom w:w="90" w:type="dxa"/>
              <w:right w:w="100" w:type="dxa"/>
            </w:tcMar>
            <w:vAlign w:val="center"/>
          </w:tcPr>
          <w:p w14:paraId="0EC8D601" w14:textId="77777777" w:rsidR="00F9583A" w:rsidRDefault="00F9583A"/>
        </w:tc>
        <w:tc>
          <w:tcPr>
            <w:tcW w:w="1296" w:type="dxa"/>
            <w:tcMar>
              <w:top w:w="90" w:type="dxa"/>
              <w:left w:w="100" w:type="dxa"/>
              <w:bottom w:w="90" w:type="dxa"/>
              <w:right w:w="100" w:type="dxa"/>
            </w:tcMar>
            <w:vAlign w:val="center"/>
          </w:tcPr>
          <w:p w14:paraId="49C692D2" w14:textId="77777777" w:rsidR="00F9583A" w:rsidRDefault="00F9583A"/>
        </w:tc>
        <w:tc>
          <w:tcPr>
            <w:tcW w:w="1296" w:type="dxa"/>
            <w:tcMar>
              <w:top w:w="90" w:type="dxa"/>
              <w:left w:w="100" w:type="dxa"/>
              <w:bottom w:w="90" w:type="dxa"/>
              <w:right w:w="100" w:type="dxa"/>
            </w:tcMar>
            <w:vAlign w:val="center"/>
          </w:tcPr>
          <w:p w14:paraId="61FB4D71" w14:textId="77777777" w:rsidR="00F9583A" w:rsidRDefault="00F9583A"/>
        </w:tc>
        <w:tc>
          <w:tcPr>
            <w:tcW w:w="1296" w:type="dxa"/>
            <w:tcMar>
              <w:top w:w="90" w:type="dxa"/>
              <w:left w:w="100" w:type="dxa"/>
              <w:bottom w:w="90" w:type="dxa"/>
              <w:right w:w="100" w:type="dxa"/>
            </w:tcMar>
            <w:vAlign w:val="center"/>
          </w:tcPr>
          <w:p w14:paraId="00D6C903" w14:textId="77777777" w:rsidR="00F9583A" w:rsidRDefault="00F9583A"/>
        </w:tc>
        <w:tc>
          <w:tcPr>
            <w:tcW w:w="1296" w:type="dxa"/>
            <w:tcMar>
              <w:top w:w="90" w:type="dxa"/>
              <w:left w:w="100" w:type="dxa"/>
              <w:bottom w:w="90" w:type="dxa"/>
              <w:right w:w="100" w:type="dxa"/>
            </w:tcMar>
            <w:vAlign w:val="center"/>
          </w:tcPr>
          <w:p w14:paraId="4AEA2D37" w14:textId="77777777" w:rsidR="00F9583A" w:rsidRDefault="00F9583A"/>
        </w:tc>
        <w:tc>
          <w:tcPr>
            <w:tcW w:w="1296" w:type="dxa"/>
            <w:tcMar>
              <w:top w:w="90" w:type="dxa"/>
              <w:left w:w="100" w:type="dxa"/>
              <w:bottom w:w="90" w:type="dxa"/>
              <w:right w:w="100" w:type="dxa"/>
            </w:tcMar>
            <w:vAlign w:val="center"/>
          </w:tcPr>
          <w:p w14:paraId="14D56882" w14:textId="77777777" w:rsidR="00F9583A" w:rsidRDefault="00F9583A"/>
        </w:tc>
        <w:tc>
          <w:tcPr>
            <w:tcW w:w="1296" w:type="dxa"/>
            <w:tcMar>
              <w:top w:w="90" w:type="dxa"/>
              <w:left w:w="100" w:type="dxa"/>
              <w:bottom w:w="90" w:type="dxa"/>
              <w:right w:w="100" w:type="dxa"/>
            </w:tcMar>
            <w:vAlign w:val="center"/>
          </w:tcPr>
          <w:p w14:paraId="5A16F3C7" w14:textId="77777777" w:rsidR="00F9583A" w:rsidRDefault="00F9583A"/>
        </w:tc>
        <w:tc>
          <w:tcPr>
            <w:tcW w:w="1296" w:type="dxa"/>
            <w:tcMar>
              <w:top w:w="90" w:type="dxa"/>
              <w:left w:w="100" w:type="dxa"/>
              <w:bottom w:w="90" w:type="dxa"/>
              <w:right w:w="100" w:type="dxa"/>
            </w:tcMar>
            <w:vAlign w:val="center"/>
          </w:tcPr>
          <w:p w14:paraId="3D930E1B" w14:textId="77777777" w:rsidR="00F9583A" w:rsidRDefault="00F9583A"/>
        </w:tc>
      </w:tr>
      <w:tr w:rsidR="00F9583A" w14:paraId="376ADE8C" w14:textId="77777777">
        <w:trPr>
          <w:jc w:val="center"/>
        </w:trPr>
        <w:tc>
          <w:tcPr>
            <w:tcW w:w="1296" w:type="dxa"/>
            <w:tcMar>
              <w:top w:w="90" w:type="dxa"/>
              <w:left w:w="100" w:type="dxa"/>
              <w:bottom w:w="90" w:type="dxa"/>
              <w:right w:w="100" w:type="dxa"/>
            </w:tcMar>
            <w:vAlign w:val="center"/>
          </w:tcPr>
          <w:p w14:paraId="4F187535" w14:textId="77777777" w:rsidR="00F9583A" w:rsidRDefault="00F9583A"/>
        </w:tc>
        <w:tc>
          <w:tcPr>
            <w:tcW w:w="1296" w:type="dxa"/>
            <w:tcMar>
              <w:top w:w="90" w:type="dxa"/>
              <w:left w:w="100" w:type="dxa"/>
              <w:bottom w:w="90" w:type="dxa"/>
              <w:right w:w="100" w:type="dxa"/>
            </w:tcMar>
            <w:vAlign w:val="center"/>
          </w:tcPr>
          <w:p w14:paraId="78555442" w14:textId="77777777" w:rsidR="00F9583A" w:rsidRDefault="00F9583A"/>
        </w:tc>
        <w:tc>
          <w:tcPr>
            <w:tcW w:w="1296" w:type="dxa"/>
            <w:tcMar>
              <w:top w:w="90" w:type="dxa"/>
              <w:left w:w="100" w:type="dxa"/>
              <w:bottom w:w="90" w:type="dxa"/>
              <w:right w:w="100" w:type="dxa"/>
            </w:tcMar>
            <w:vAlign w:val="center"/>
          </w:tcPr>
          <w:p w14:paraId="7C8E584A" w14:textId="77777777" w:rsidR="00F9583A" w:rsidRDefault="00F9583A"/>
        </w:tc>
        <w:tc>
          <w:tcPr>
            <w:tcW w:w="1296" w:type="dxa"/>
            <w:tcMar>
              <w:top w:w="90" w:type="dxa"/>
              <w:left w:w="100" w:type="dxa"/>
              <w:bottom w:w="90" w:type="dxa"/>
              <w:right w:w="100" w:type="dxa"/>
            </w:tcMar>
            <w:vAlign w:val="center"/>
          </w:tcPr>
          <w:p w14:paraId="7BDE19DF" w14:textId="77777777" w:rsidR="00F9583A" w:rsidRDefault="00F9583A"/>
        </w:tc>
        <w:tc>
          <w:tcPr>
            <w:tcW w:w="1296" w:type="dxa"/>
            <w:tcMar>
              <w:top w:w="90" w:type="dxa"/>
              <w:left w:w="100" w:type="dxa"/>
              <w:bottom w:w="90" w:type="dxa"/>
              <w:right w:w="100" w:type="dxa"/>
            </w:tcMar>
            <w:vAlign w:val="center"/>
          </w:tcPr>
          <w:p w14:paraId="12937E1E" w14:textId="77777777" w:rsidR="00F9583A" w:rsidRDefault="00F9583A"/>
        </w:tc>
        <w:tc>
          <w:tcPr>
            <w:tcW w:w="1296" w:type="dxa"/>
            <w:tcMar>
              <w:top w:w="90" w:type="dxa"/>
              <w:left w:w="100" w:type="dxa"/>
              <w:bottom w:w="90" w:type="dxa"/>
              <w:right w:w="100" w:type="dxa"/>
            </w:tcMar>
            <w:vAlign w:val="center"/>
          </w:tcPr>
          <w:p w14:paraId="3F5A1359" w14:textId="77777777" w:rsidR="00F9583A" w:rsidRDefault="00F9583A"/>
        </w:tc>
        <w:tc>
          <w:tcPr>
            <w:tcW w:w="1296" w:type="dxa"/>
            <w:tcMar>
              <w:top w:w="90" w:type="dxa"/>
              <w:left w:w="100" w:type="dxa"/>
              <w:bottom w:w="90" w:type="dxa"/>
              <w:right w:w="100" w:type="dxa"/>
            </w:tcMar>
            <w:vAlign w:val="center"/>
          </w:tcPr>
          <w:p w14:paraId="7DA51DFC" w14:textId="77777777" w:rsidR="00F9583A" w:rsidRDefault="00F9583A"/>
        </w:tc>
        <w:tc>
          <w:tcPr>
            <w:tcW w:w="1296" w:type="dxa"/>
            <w:tcMar>
              <w:top w:w="90" w:type="dxa"/>
              <w:left w:w="100" w:type="dxa"/>
              <w:bottom w:w="90" w:type="dxa"/>
              <w:right w:w="100" w:type="dxa"/>
            </w:tcMar>
            <w:vAlign w:val="center"/>
          </w:tcPr>
          <w:p w14:paraId="427C58E3" w14:textId="77777777" w:rsidR="00F9583A" w:rsidRDefault="00F9583A"/>
        </w:tc>
      </w:tr>
      <w:tr w:rsidR="00F9583A" w14:paraId="62D3250E" w14:textId="77777777">
        <w:trPr>
          <w:jc w:val="center"/>
        </w:trPr>
        <w:tc>
          <w:tcPr>
            <w:tcW w:w="1296" w:type="dxa"/>
            <w:tcMar>
              <w:top w:w="90" w:type="dxa"/>
              <w:left w:w="100" w:type="dxa"/>
              <w:bottom w:w="90" w:type="dxa"/>
              <w:right w:w="100" w:type="dxa"/>
            </w:tcMar>
            <w:vAlign w:val="center"/>
          </w:tcPr>
          <w:p w14:paraId="19E871C9" w14:textId="77777777" w:rsidR="00F9583A" w:rsidRDefault="00F9583A"/>
        </w:tc>
        <w:tc>
          <w:tcPr>
            <w:tcW w:w="1296" w:type="dxa"/>
            <w:tcMar>
              <w:top w:w="90" w:type="dxa"/>
              <w:left w:w="100" w:type="dxa"/>
              <w:bottom w:w="90" w:type="dxa"/>
              <w:right w:w="100" w:type="dxa"/>
            </w:tcMar>
            <w:vAlign w:val="center"/>
          </w:tcPr>
          <w:p w14:paraId="0561E618" w14:textId="77777777" w:rsidR="00F9583A" w:rsidRDefault="00F9583A"/>
        </w:tc>
        <w:tc>
          <w:tcPr>
            <w:tcW w:w="1296" w:type="dxa"/>
            <w:tcMar>
              <w:top w:w="90" w:type="dxa"/>
              <w:left w:w="100" w:type="dxa"/>
              <w:bottom w:w="90" w:type="dxa"/>
              <w:right w:w="100" w:type="dxa"/>
            </w:tcMar>
            <w:vAlign w:val="center"/>
          </w:tcPr>
          <w:p w14:paraId="17C4D16E" w14:textId="77777777" w:rsidR="00F9583A" w:rsidRDefault="00F9583A"/>
        </w:tc>
        <w:tc>
          <w:tcPr>
            <w:tcW w:w="1296" w:type="dxa"/>
            <w:tcMar>
              <w:top w:w="90" w:type="dxa"/>
              <w:left w:w="100" w:type="dxa"/>
              <w:bottom w:w="90" w:type="dxa"/>
              <w:right w:w="100" w:type="dxa"/>
            </w:tcMar>
            <w:vAlign w:val="center"/>
          </w:tcPr>
          <w:p w14:paraId="74A330F7" w14:textId="77777777" w:rsidR="00F9583A" w:rsidRDefault="00F9583A"/>
        </w:tc>
        <w:tc>
          <w:tcPr>
            <w:tcW w:w="1296" w:type="dxa"/>
            <w:tcMar>
              <w:top w:w="90" w:type="dxa"/>
              <w:left w:w="100" w:type="dxa"/>
              <w:bottom w:w="90" w:type="dxa"/>
              <w:right w:w="100" w:type="dxa"/>
            </w:tcMar>
            <w:vAlign w:val="center"/>
          </w:tcPr>
          <w:p w14:paraId="339A62ED" w14:textId="77777777" w:rsidR="00F9583A" w:rsidRDefault="00F9583A"/>
        </w:tc>
        <w:tc>
          <w:tcPr>
            <w:tcW w:w="1296" w:type="dxa"/>
            <w:tcMar>
              <w:top w:w="90" w:type="dxa"/>
              <w:left w:w="100" w:type="dxa"/>
              <w:bottom w:w="90" w:type="dxa"/>
              <w:right w:w="100" w:type="dxa"/>
            </w:tcMar>
            <w:vAlign w:val="center"/>
          </w:tcPr>
          <w:p w14:paraId="44D1E6DA" w14:textId="77777777" w:rsidR="00F9583A" w:rsidRDefault="00F9583A"/>
        </w:tc>
        <w:tc>
          <w:tcPr>
            <w:tcW w:w="1296" w:type="dxa"/>
            <w:tcMar>
              <w:top w:w="90" w:type="dxa"/>
              <w:left w:w="100" w:type="dxa"/>
              <w:bottom w:w="90" w:type="dxa"/>
              <w:right w:w="100" w:type="dxa"/>
            </w:tcMar>
            <w:vAlign w:val="center"/>
          </w:tcPr>
          <w:p w14:paraId="43922159" w14:textId="77777777" w:rsidR="00F9583A" w:rsidRDefault="00F9583A"/>
        </w:tc>
        <w:tc>
          <w:tcPr>
            <w:tcW w:w="1296" w:type="dxa"/>
            <w:tcMar>
              <w:top w:w="90" w:type="dxa"/>
              <w:left w:w="100" w:type="dxa"/>
              <w:bottom w:w="90" w:type="dxa"/>
              <w:right w:w="100" w:type="dxa"/>
            </w:tcMar>
            <w:vAlign w:val="center"/>
          </w:tcPr>
          <w:p w14:paraId="5816193D" w14:textId="77777777" w:rsidR="00F9583A" w:rsidRDefault="00F9583A"/>
        </w:tc>
      </w:tr>
      <w:tr w:rsidR="00F9583A" w14:paraId="71EEEE07" w14:textId="77777777">
        <w:trPr>
          <w:jc w:val="center"/>
        </w:trPr>
        <w:tc>
          <w:tcPr>
            <w:tcW w:w="1296" w:type="dxa"/>
            <w:tcMar>
              <w:top w:w="90" w:type="dxa"/>
              <w:left w:w="100" w:type="dxa"/>
              <w:bottom w:w="90" w:type="dxa"/>
              <w:right w:w="100" w:type="dxa"/>
            </w:tcMar>
            <w:vAlign w:val="center"/>
          </w:tcPr>
          <w:p w14:paraId="59417981" w14:textId="77777777" w:rsidR="00F9583A" w:rsidRDefault="00F9583A"/>
        </w:tc>
        <w:tc>
          <w:tcPr>
            <w:tcW w:w="1296" w:type="dxa"/>
            <w:tcMar>
              <w:top w:w="90" w:type="dxa"/>
              <w:left w:w="100" w:type="dxa"/>
              <w:bottom w:w="90" w:type="dxa"/>
              <w:right w:w="100" w:type="dxa"/>
            </w:tcMar>
            <w:vAlign w:val="center"/>
          </w:tcPr>
          <w:p w14:paraId="3FDF2786" w14:textId="77777777" w:rsidR="00F9583A" w:rsidRDefault="00F9583A"/>
        </w:tc>
        <w:tc>
          <w:tcPr>
            <w:tcW w:w="1296" w:type="dxa"/>
            <w:tcMar>
              <w:top w:w="90" w:type="dxa"/>
              <w:left w:w="100" w:type="dxa"/>
              <w:bottom w:w="90" w:type="dxa"/>
              <w:right w:w="100" w:type="dxa"/>
            </w:tcMar>
            <w:vAlign w:val="center"/>
          </w:tcPr>
          <w:p w14:paraId="6EFC1B77" w14:textId="77777777" w:rsidR="00F9583A" w:rsidRDefault="00F9583A"/>
        </w:tc>
        <w:tc>
          <w:tcPr>
            <w:tcW w:w="1296" w:type="dxa"/>
            <w:tcMar>
              <w:top w:w="90" w:type="dxa"/>
              <w:left w:w="100" w:type="dxa"/>
              <w:bottom w:w="90" w:type="dxa"/>
              <w:right w:w="100" w:type="dxa"/>
            </w:tcMar>
            <w:vAlign w:val="center"/>
          </w:tcPr>
          <w:p w14:paraId="58B691A0" w14:textId="77777777" w:rsidR="00F9583A" w:rsidRDefault="00F9583A"/>
        </w:tc>
        <w:tc>
          <w:tcPr>
            <w:tcW w:w="1296" w:type="dxa"/>
            <w:tcMar>
              <w:top w:w="90" w:type="dxa"/>
              <w:left w:w="100" w:type="dxa"/>
              <w:bottom w:w="90" w:type="dxa"/>
              <w:right w:w="100" w:type="dxa"/>
            </w:tcMar>
            <w:vAlign w:val="center"/>
          </w:tcPr>
          <w:p w14:paraId="6EFD8874" w14:textId="77777777" w:rsidR="00F9583A" w:rsidRDefault="00F9583A"/>
        </w:tc>
        <w:tc>
          <w:tcPr>
            <w:tcW w:w="1296" w:type="dxa"/>
            <w:tcMar>
              <w:top w:w="90" w:type="dxa"/>
              <w:left w:w="100" w:type="dxa"/>
              <w:bottom w:w="90" w:type="dxa"/>
              <w:right w:w="100" w:type="dxa"/>
            </w:tcMar>
            <w:vAlign w:val="center"/>
          </w:tcPr>
          <w:p w14:paraId="0F68C879" w14:textId="77777777" w:rsidR="00F9583A" w:rsidRDefault="00F9583A"/>
        </w:tc>
        <w:tc>
          <w:tcPr>
            <w:tcW w:w="1296" w:type="dxa"/>
            <w:tcMar>
              <w:top w:w="90" w:type="dxa"/>
              <w:left w:w="100" w:type="dxa"/>
              <w:bottom w:w="90" w:type="dxa"/>
              <w:right w:w="100" w:type="dxa"/>
            </w:tcMar>
            <w:vAlign w:val="center"/>
          </w:tcPr>
          <w:p w14:paraId="41DF8706" w14:textId="77777777" w:rsidR="00F9583A" w:rsidRDefault="00F9583A"/>
        </w:tc>
        <w:tc>
          <w:tcPr>
            <w:tcW w:w="1296" w:type="dxa"/>
            <w:tcMar>
              <w:top w:w="90" w:type="dxa"/>
              <w:left w:w="100" w:type="dxa"/>
              <w:bottom w:w="90" w:type="dxa"/>
              <w:right w:w="100" w:type="dxa"/>
            </w:tcMar>
            <w:vAlign w:val="center"/>
          </w:tcPr>
          <w:p w14:paraId="374BCC71" w14:textId="77777777" w:rsidR="00F9583A" w:rsidRDefault="00F9583A"/>
        </w:tc>
      </w:tr>
      <w:tr w:rsidR="00F9583A" w14:paraId="46B1ED11" w14:textId="77777777">
        <w:trPr>
          <w:jc w:val="center"/>
        </w:trPr>
        <w:tc>
          <w:tcPr>
            <w:tcW w:w="1296" w:type="dxa"/>
            <w:tcMar>
              <w:top w:w="90" w:type="dxa"/>
              <w:left w:w="100" w:type="dxa"/>
              <w:bottom w:w="90" w:type="dxa"/>
              <w:right w:w="100" w:type="dxa"/>
            </w:tcMar>
            <w:vAlign w:val="center"/>
          </w:tcPr>
          <w:p w14:paraId="762E80B8" w14:textId="77777777" w:rsidR="00F9583A" w:rsidRDefault="00F9583A"/>
        </w:tc>
        <w:tc>
          <w:tcPr>
            <w:tcW w:w="1296" w:type="dxa"/>
            <w:tcMar>
              <w:top w:w="90" w:type="dxa"/>
              <w:left w:w="100" w:type="dxa"/>
              <w:bottom w:w="90" w:type="dxa"/>
              <w:right w:w="100" w:type="dxa"/>
            </w:tcMar>
            <w:vAlign w:val="center"/>
          </w:tcPr>
          <w:p w14:paraId="710D0E8C" w14:textId="77777777" w:rsidR="00F9583A" w:rsidRDefault="00F9583A"/>
        </w:tc>
        <w:tc>
          <w:tcPr>
            <w:tcW w:w="1296" w:type="dxa"/>
            <w:tcMar>
              <w:top w:w="90" w:type="dxa"/>
              <w:left w:w="100" w:type="dxa"/>
              <w:bottom w:w="90" w:type="dxa"/>
              <w:right w:w="100" w:type="dxa"/>
            </w:tcMar>
            <w:vAlign w:val="center"/>
          </w:tcPr>
          <w:p w14:paraId="1CF40CDE" w14:textId="77777777" w:rsidR="00F9583A" w:rsidRDefault="00F9583A"/>
        </w:tc>
        <w:tc>
          <w:tcPr>
            <w:tcW w:w="1296" w:type="dxa"/>
            <w:tcMar>
              <w:top w:w="90" w:type="dxa"/>
              <w:left w:w="100" w:type="dxa"/>
              <w:bottom w:w="90" w:type="dxa"/>
              <w:right w:w="100" w:type="dxa"/>
            </w:tcMar>
            <w:vAlign w:val="center"/>
          </w:tcPr>
          <w:p w14:paraId="599E6BCD" w14:textId="77777777" w:rsidR="00F9583A" w:rsidRDefault="00F9583A"/>
        </w:tc>
        <w:tc>
          <w:tcPr>
            <w:tcW w:w="1296" w:type="dxa"/>
            <w:tcMar>
              <w:top w:w="90" w:type="dxa"/>
              <w:left w:w="100" w:type="dxa"/>
              <w:bottom w:w="90" w:type="dxa"/>
              <w:right w:w="100" w:type="dxa"/>
            </w:tcMar>
            <w:vAlign w:val="center"/>
          </w:tcPr>
          <w:p w14:paraId="2D9A786E" w14:textId="77777777" w:rsidR="00F9583A" w:rsidRDefault="00F9583A"/>
        </w:tc>
        <w:tc>
          <w:tcPr>
            <w:tcW w:w="1296" w:type="dxa"/>
            <w:tcMar>
              <w:top w:w="90" w:type="dxa"/>
              <w:left w:w="100" w:type="dxa"/>
              <w:bottom w:w="90" w:type="dxa"/>
              <w:right w:w="100" w:type="dxa"/>
            </w:tcMar>
            <w:vAlign w:val="center"/>
          </w:tcPr>
          <w:p w14:paraId="1A0AEF73" w14:textId="77777777" w:rsidR="00F9583A" w:rsidRDefault="00F9583A"/>
        </w:tc>
        <w:tc>
          <w:tcPr>
            <w:tcW w:w="1296" w:type="dxa"/>
            <w:tcMar>
              <w:top w:w="90" w:type="dxa"/>
              <w:left w:w="100" w:type="dxa"/>
              <w:bottom w:w="90" w:type="dxa"/>
              <w:right w:w="100" w:type="dxa"/>
            </w:tcMar>
            <w:vAlign w:val="center"/>
          </w:tcPr>
          <w:p w14:paraId="3090E04D" w14:textId="77777777" w:rsidR="00F9583A" w:rsidRDefault="00F9583A"/>
        </w:tc>
        <w:tc>
          <w:tcPr>
            <w:tcW w:w="1296" w:type="dxa"/>
            <w:tcMar>
              <w:top w:w="90" w:type="dxa"/>
              <w:left w:w="100" w:type="dxa"/>
              <w:bottom w:w="90" w:type="dxa"/>
              <w:right w:w="100" w:type="dxa"/>
            </w:tcMar>
            <w:vAlign w:val="center"/>
          </w:tcPr>
          <w:p w14:paraId="40F9B56D" w14:textId="77777777" w:rsidR="00F9583A" w:rsidRDefault="00F9583A"/>
        </w:tc>
      </w:tr>
    </w:tbl>
    <w:p w14:paraId="32E0702E" w14:textId="77777777" w:rsidR="00F9583A" w:rsidRDefault="001D3E8F">
      <w:r>
        <w:br w:type="page"/>
      </w:r>
    </w:p>
    <w:p w14:paraId="673C67BB" w14:textId="77777777" w:rsidR="00F9583A" w:rsidRDefault="001D3E8F">
      <w:pPr>
        <w:pStyle w:val="Heading2"/>
      </w:pPr>
      <w:r>
        <w:lastRenderedPageBreak/>
        <w:t>Template E: Staff training and competency record</w:t>
      </w:r>
    </w:p>
    <w:tbl>
      <w:tblPr>
        <w:tblStyle w:val="TableGrid"/>
        <w:tblW w:w="0" w:type="auto"/>
        <w:jc w:val="center"/>
        <w:tblLook w:val="04A0" w:firstRow="1" w:lastRow="0" w:firstColumn="1" w:lastColumn="0" w:noHBand="0" w:noVBand="1"/>
      </w:tblPr>
      <w:tblGrid>
        <w:gridCol w:w="3456"/>
        <w:gridCol w:w="6623"/>
      </w:tblGrid>
      <w:tr w:rsidR="00F9583A" w14:paraId="1ED009E8" w14:textId="77777777">
        <w:trPr>
          <w:jc w:val="center"/>
        </w:trPr>
        <w:tc>
          <w:tcPr>
            <w:tcW w:w="3456" w:type="dxa"/>
            <w:shd w:val="clear" w:color="auto" w:fill="DCE6F1"/>
            <w:tcMar>
              <w:top w:w="90" w:type="dxa"/>
              <w:left w:w="100" w:type="dxa"/>
              <w:bottom w:w="90" w:type="dxa"/>
              <w:right w:w="100" w:type="dxa"/>
            </w:tcMar>
            <w:vAlign w:val="center"/>
          </w:tcPr>
          <w:p w14:paraId="136454AB" w14:textId="77777777" w:rsidR="00F9583A" w:rsidRDefault="001D3E8F">
            <w:r>
              <w:rPr>
                <w:b/>
                <w:sz w:val="18"/>
              </w:rPr>
              <w:t>Name of academy/setting</w:t>
            </w:r>
          </w:p>
        </w:tc>
        <w:tc>
          <w:tcPr>
            <w:tcW w:w="6623" w:type="dxa"/>
            <w:tcMar>
              <w:top w:w="90" w:type="dxa"/>
              <w:left w:w="100" w:type="dxa"/>
              <w:bottom w:w="90" w:type="dxa"/>
              <w:right w:w="100" w:type="dxa"/>
            </w:tcMar>
            <w:vAlign w:val="center"/>
          </w:tcPr>
          <w:p w14:paraId="0B10CE89" w14:textId="78788615" w:rsidR="00F9583A" w:rsidRDefault="00642D81">
            <w:r>
              <w:rPr>
                <w:sz w:val="18"/>
              </w:rPr>
              <w:t>Horizons</w:t>
            </w:r>
            <w:r w:rsidR="001D3E8F">
              <w:rPr>
                <w:sz w:val="18"/>
              </w:rPr>
              <w:t xml:space="preserve"> Academy</w:t>
            </w:r>
          </w:p>
        </w:tc>
      </w:tr>
      <w:tr w:rsidR="00F9583A" w14:paraId="656D15F5" w14:textId="77777777">
        <w:trPr>
          <w:jc w:val="center"/>
        </w:trPr>
        <w:tc>
          <w:tcPr>
            <w:tcW w:w="3456" w:type="dxa"/>
            <w:shd w:val="clear" w:color="auto" w:fill="DCE6F1"/>
            <w:tcMar>
              <w:top w:w="90" w:type="dxa"/>
              <w:left w:w="100" w:type="dxa"/>
              <w:bottom w:w="90" w:type="dxa"/>
              <w:right w:w="100" w:type="dxa"/>
            </w:tcMar>
            <w:vAlign w:val="center"/>
          </w:tcPr>
          <w:p w14:paraId="2E18BC3C" w14:textId="77777777" w:rsidR="00F9583A" w:rsidRDefault="001D3E8F">
            <w:r>
              <w:rPr>
                <w:b/>
                <w:sz w:val="18"/>
              </w:rPr>
              <w:t>Member of staff</w:t>
            </w:r>
          </w:p>
        </w:tc>
        <w:tc>
          <w:tcPr>
            <w:tcW w:w="6623" w:type="dxa"/>
            <w:tcMar>
              <w:top w:w="90" w:type="dxa"/>
              <w:left w:w="100" w:type="dxa"/>
              <w:bottom w:w="90" w:type="dxa"/>
              <w:right w:w="100" w:type="dxa"/>
            </w:tcMar>
            <w:vAlign w:val="center"/>
          </w:tcPr>
          <w:p w14:paraId="05FA110F" w14:textId="77777777" w:rsidR="00F9583A" w:rsidRDefault="00F9583A"/>
        </w:tc>
      </w:tr>
      <w:tr w:rsidR="00F9583A" w14:paraId="47F15843" w14:textId="77777777">
        <w:trPr>
          <w:jc w:val="center"/>
        </w:trPr>
        <w:tc>
          <w:tcPr>
            <w:tcW w:w="3456" w:type="dxa"/>
            <w:shd w:val="clear" w:color="auto" w:fill="DCE6F1"/>
            <w:tcMar>
              <w:top w:w="90" w:type="dxa"/>
              <w:left w:w="100" w:type="dxa"/>
              <w:bottom w:w="90" w:type="dxa"/>
              <w:right w:w="100" w:type="dxa"/>
            </w:tcMar>
            <w:vAlign w:val="center"/>
          </w:tcPr>
          <w:p w14:paraId="24F049F9" w14:textId="77777777" w:rsidR="00F9583A" w:rsidRDefault="001D3E8F">
            <w:r>
              <w:rPr>
                <w:b/>
                <w:sz w:val="18"/>
              </w:rPr>
              <w:t>Training received</w:t>
            </w:r>
          </w:p>
        </w:tc>
        <w:tc>
          <w:tcPr>
            <w:tcW w:w="6623" w:type="dxa"/>
            <w:tcMar>
              <w:top w:w="90" w:type="dxa"/>
              <w:left w:w="100" w:type="dxa"/>
              <w:bottom w:w="90" w:type="dxa"/>
              <w:right w:w="100" w:type="dxa"/>
            </w:tcMar>
            <w:vAlign w:val="center"/>
          </w:tcPr>
          <w:p w14:paraId="31529380" w14:textId="77777777" w:rsidR="00F9583A" w:rsidRDefault="00F9583A"/>
        </w:tc>
      </w:tr>
      <w:tr w:rsidR="00F9583A" w14:paraId="3DC4E1D9" w14:textId="77777777">
        <w:trPr>
          <w:jc w:val="center"/>
        </w:trPr>
        <w:tc>
          <w:tcPr>
            <w:tcW w:w="3456" w:type="dxa"/>
            <w:shd w:val="clear" w:color="auto" w:fill="DCE6F1"/>
            <w:tcMar>
              <w:top w:w="90" w:type="dxa"/>
              <w:left w:w="100" w:type="dxa"/>
              <w:bottom w:w="90" w:type="dxa"/>
              <w:right w:w="100" w:type="dxa"/>
            </w:tcMar>
            <w:vAlign w:val="center"/>
          </w:tcPr>
          <w:p w14:paraId="10D3D61D" w14:textId="77777777" w:rsidR="00F9583A" w:rsidRDefault="001D3E8F">
            <w:r>
              <w:rPr>
                <w:b/>
                <w:sz w:val="18"/>
              </w:rPr>
              <w:t>Condition/procedure covered</w:t>
            </w:r>
          </w:p>
        </w:tc>
        <w:tc>
          <w:tcPr>
            <w:tcW w:w="6623" w:type="dxa"/>
            <w:tcMar>
              <w:top w:w="90" w:type="dxa"/>
              <w:left w:w="100" w:type="dxa"/>
              <w:bottom w:w="90" w:type="dxa"/>
              <w:right w:w="100" w:type="dxa"/>
            </w:tcMar>
            <w:vAlign w:val="center"/>
          </w:tcPr>
          <w:p w14:paraId="29C9CCDC" w14:textId="77777777" w:rsidR="00F9583A" w:rsidRDefault="00F9583A"/>
        </w:tc>
      </w:tr>
      <w:tr w:rsidR="00F9583A" w14:paraId="7419682B" w14:textId="77777777">
        <w:trPr>
          <w:jc w:val="center"/>
        </w:trPr>
        <w:tc>
          <w:tcPr>
            <w:tcW w:w="3456" w:type="dxa"/>
            <w:shd w:val="clear" w:color="auto" w:fill="DCE6F1"/>
            <w:tcMar>
              <w:top w:w="90" w:type="dxa"/>
              <w:left w:w="100" w:type="dxa"/>
              <w:bottom w:w="90" w:type="dxa"/>
              <w:right w:w="100" w:type="dxa"/>
            </w:tcMar>
            <w:vAlign w:val="center"/>
          </w:tcPr>
          <w:p w14:paraId="45191813" w14:textId="77777777" w:rsidR="00F9583A" w:rsidRDefault="001D3E8F">
            <w:r>
              <w:rPr>
                <w:b/>
                <w:sz w:val="18"/>
              </w:rPr>
              <w:t>Date completed</w:t>
            </w:r>
          </w:p>
        </w:tc>
        <w:tc>
          <w:tcPr>
            <w:tcW w:w="6623" w:type="dxa"/>
            <w:tcMar>
              <w:top w:w="90" w:type="dxa"/>
              <w:left w:w="100" w:type="dxa"/>
              <w:bottom w:w="90" w:type="dxa"/>
              <w:right w:w="100" w:type="dxa"/>
            </w:tcMar>
            <w:vAlign w:val="center"/>
          </w:tcPr>
          <w:p w14:paraId="6EBD6D5D" w14:textId="77777777" w:rsidR="00F9583A" w:rsidRDefault="00F9583A"/>
        </w:tc>
      </w:tr>
      <w:tr w:rsidR="00F9583A" w14:paraId="1BF1A17E" w14:textId="77777777">
        <w:trPr>
          <w:jc w:val="center"/>
        </w:trPr>
        <w:tc>
          <w:tcPr>
            <w:tcW w:w="3456" w:type="dxa"/>
            <w:shd w:val="clear" w:color="auto" w:fill="DCE6F1"/>
            <w:tcMar>
              <w:top w:w="90" w:type="dxa"/>
              <w:left w:w="100" w:type="dxa"/>
              <w:bottom w:w="90" w:type="dxa"/>
              <w:right w:w="100" w:type="dxa"/>
            </w:tcMar>
            <w:vAlign w:val="center"/>
          </w:tcPr>
          <w:p w14:paraId="0DBE1C4E" w14:textId="77777777" w:rsidR="00F9583A" w:rsidRDefault="001D3E8F">
            <w:r>
              <w:rPr>
                <w:b/>
                <w:sz w:val="18"/>
              </w:rPr>
              <w:t>Training provided by</w:t>
            </w:r>
          </w:p>
        </w:tc>
        <w:tc>
          <w:tcPr>
            <w:tcW w:w="6623" w:type="dxa"/>
            <w:tcMar>
              <w:top w:w="90" w:type="dxa"/>
              <w:left w:w="100" w:type="dxa"/>
              <w:bottom w:w="90" w:type="dxa"/>
              <w:right w:w="100" w:type="dxa"/>
            </w:tcMar>
            <w:vAlign w:val="center"/>
          </w:tcPr>
          <w:p w14:paraId="5150985A" w14:textId="77777777" w:rsidR="00F9583A" w:rsidRDefault="00F9583A"/>
        </w:tc>
      </w:tr>
      <w:tr w:rsidR="00F9583A" w14:paraId="42964F93" w14:textId="77777777">
        <w:trPr>
          <w:jc w:val="center"/>
        </w:trPr>
        <w:tc>
          <w:tcPr>
            <w:tcW w:w="3456" w:type="dxa"/>
            <w:shd w:val="clear" w:color="auto" w:fill="DCE6F1"/>
            <w:tcMar>
              <w:top w:w="90" w:type="dxa"/>
              <w:left w:w="100" w:type="dxa"/>
              <w:bottom w:w="90" w:type="dxa"/>
              <w:right w:w="100" w:type="dxa"/>
            </w:tcMar>
            <w:vAlign w:val="center"/>
          </w:tcPr>
          <w:p w14:paraId="1FCD2EB9" w14:textId="77777777" w:rsidR="00F9583A" w:rsidRDefault="001D3E8F">
            <w:r>
              <w:rPr>
                <w:b/>
                <w:sz w:val="18"/>
              </w:rPr>
              <w:t>Professional role/title</w:t>
            </w:r>
          </w:p>
        </w:tc>
        <w:tc>
          <w:tcPr>
            <w:tcW w:w="6623" w:type="dxa"/>
            <w:tcMar>
              <w:top w:w="90" w:type="dxa"/>
              <w:left w:w="100" w:type="dxa"/>
              <w:bottom w:w="90" w:type="dxa"/>
              <w:right w:w="100" w:type="dxa"/>
            </w:tcMar>
            <w:vAlign w:val="center"/>
          </w:tcPr>
          <w:p w14:paraId="1D8641C8" w14:textId="77777777" w:rsidR="00F9583A" w:rsidRDefault="00F9583A"/>
        </w:tc>
      </w:tr>
      <w:tr w:rsidR="00F9583A" w14:paraId="06E82AB5" w14:textId="77777777">
        <w:trPr>
          <w:jc w:val="center"/>
        </w:trPr>
        <w:tc>
          <w:tcPr>
            <w:tcW w:w="3456" w:type="dxa"/>
            <w:shd w:val="clear" w:color="auto" w:fill="DCE6F1"/>
            <w:tcMar>
              <w:top w:w="90" w:type="dxa"/>
              <w:left w:w="100" w:type="dxa"/>
              <w:bottom w:w="90" w:type="dxa"/>
              <w:right w:w="100" w:type="dxa"/>
            </w:tcMar>
            <w:vAlign w:val="center"/>
          </w:tcPr>
          <w:p w14:paraId="1B77A3E7" w14:textId="77777777" w:rsidR="00F9583A" w:rsidRDefault="001D3E8F">
            <w:r>
              <w:rPr>
                <w:b/>
                <w:sz w:val="18"/>
              </w:rPr>
              <w:t>Competence confirmed for</w:t>
            </w:r>
          </w:p>
        </w:tc>
        <w:tc>
          <w:tcPr>
            <w:tcW w:w="6623" w:type="dxa"/>
            <w:tcMar>
              <w:top w:w="90" w:type="dxa"/>
              <w:left w:w="100" w:type="dxa"/>
              <w:bottom w:w="90" w:type="dxa"/>
              <w:right w:w="100" w:type="dxa"/>
            </w:tcMar>
            <w:vAlign w:val="center"/>
          </w:tcPr>
          <w:p w14:paraId="57D7A52A" w14:textId="77777777" w:rsidR="00F9583A" w:rsidRDefault="00F9583A"/>
        </w:tc>
      </w:tr>
      <w:tr w:rsidR="00F9583A" w14:paraId="378E59DA" w14:textId="77777777">
        <w:trPr>
          <w:jc w:val="center"/>
        </w:trPr>
        <w:tc>
          <w:tcPr>
            <w:tcW w:w="3456" w:type="dxa"/>
            <w:shd w:val="clear" w:color="auto" w:fill="DCE6F1"/>
            <w:tcMar>
              <w:top w:w="90" w:type="dxa"/>
              <w:left w:w="100" w:type="dxa"/>
              <w:bottom w:w="90" w:type="dxa"/>
              <w:right w:w="100" w:type="dxa"/>
            </w:tcMar>
            <w:vAlign w:val="center"/>
          </w:tcPr>
          <w:p w14:paraId="13BB0B31" w14:textId="77777777" w:rsidR="00F9583A" w:rsidRDefault="001D3E8F">
            <w:r>
              <w:rPr>
                <w:b/>
                <w:sz w:val="18"/>
              </w:rPr>
              <w:t>Review/update due</w:t>
            </w:r>
          </w:p>
        </w:tc>
        <w:tc>
          <w:tcPr>
            <w:tcW w:w="6623" w:type="dxa"/>
            <w:tcMar>
              <w:top w:w="90" w:type="dxa"/>
              <w:left w:w="100" w:type="dxa"/>
              <w:bottom w:w="90" w:type="dxa"/>
              <w:right w:w="100" w:type="dxa"/>
            </w:tcMar>
            <w:vAlign w:val="center"/>
          </w:tcPr>
          <w:p w14:paraId="09A91B70" w14:textId="77777777" w:rsidR="00F9583A" w:rsidRDefault="00F9583A"/>
        </w:tc>
      </w:tr>
    </w:tbl>
    <w:p w14:paraId="6B19C294" w14:textId="77777777" w:rsidR="00F9583A" w:rsidRDefault="00F9583A">
      <w:pPr>
        <w:spacing w:after="20"/>
      </w:pPr>
    </w:p>
    <w:p w14:paraId="564AA56B" w14:textId="77777777" w:rsidR="00F9583A" w:rsidRDefault="001D3E8F">
      <w:pPr>
        <w:spacing w:after="100" w:line="252" w:lineRule="auto"/>
      </w:pPr>
      <w:r>
        <w:rPr>
          <w:i/>
        </w:rPr>
        <w:t>I confirm that the member of staff named above has received the training recorded and has demonstrated competence for the activity stated, subject to the review arrangements shown.</w:t>
      </w:r>
    </w:p>
    <w:tbl>
      <w:tblPr>
        <w:tblStyle w:val="TableGrid"/>
        <w:tblW w:w="0" w:type="auto"/>
        <w:jc w:val="center"/>
        <w:tblLook w:val="04A0" w:firstRow="1" w:lastRow="0" w:firstColumn="1" w:lastColumn="0" w:noHBand="0" w:noVBand="1"/>
      </w:tblPr>
      <w:tblGrid>
        <w:gridCol w:w="3456"/>
        <w:gridCol w:w="6623"/>
      </w:tblGrid>
      <w:tr w:rsidR="00F9583A" w14:paraId="68680670" w14:textId="77777777">
        <w:trPr>
          <w:jc w:val="center"/>
        </w:trPr>
        <w:tc>
          <w:tcPr>
            <w:tcW w:w="3456" w:type="dxa"/>
            <w:shd w:val="clear" w:color="auto" w:fill="DCE6F1"/>
            <w:tcMar>
              <w:top w:w="90" w:type="dxa"/>
              <w:left w:w="100" w:type="dxa"/>
              <w:bottom w:w="90" w:type="dxa"/>
              <w:right w:w="100" w:type="dxa"/>
            </w:tcMar>
            <w:vAlign w:val="center"/>
          </w:tcPr>
          <w:p w14:paraId="08B8EB3E" w14:textId="77777777" w:rsidR="00F9583A" w:rsidRDefault="001D3E8F">
            <w:r>
              <w:rPr>
                <w:b/>
                <w:sz w:val="18"/>
              </w:rPr>
              <w:t>Trainer’s signature</w:t>
            </w:r>
          </w:p>
        </w:tc>
        <w:tc>
          <w:tcPr>
            <w:tcW w:w="6623" w:type="dxa"/>
            <w:tcMar>
              <w:top w:w="90" w:type="dxa"/>
              <w:left w:w="100" w:type="dxa"/>
              <w:bottom w:w="90" w:type="dxa"/>
              <w:right w:w="100" w:type="dxa"/>
            </w:tcMar>
            <w:vAlign w:val="center"/>
          </w:tcPr>
          <w:p w14:paraId="3925562E" w14:textId="77777777" w:rsidR="00F9583A" w:rsidRDefault="00F9583A"/>
        </w:tc>
      </w:tr>
      <w:tr w:rsidR="00F9583A" w14:paraId="1513AD32" w14:textId="77777777">
        <w:trPr>
          <w:jc w:val="center"/>
        </w:trPr>
        <w:tc>
          <w:tcPr>
            <w:tcW w:w="3456" w:type="dxa"/>
            <w:shd w:val="clear" w:color="auto" w:fill="DCE6F1"/>
            <w:tcMar>
              <w:top w:w="90" w:type="dxa"/>
              <w:left w:w="100" w:type="dxa"/>
              <w:bottom w:w="90" w:type="dxa"/>
              <w:right w:w="100" w:type="dxa"/>
            </w:tcMar>
            <w:vAlign w:val="center"/>
          </w:tcPr>
          <w:p w14:paraId="79CBEDD2" w14:textId="77777777" w:rsidR="00F9583A" w:rsidRDefault="001D3E8F">
            <w:r>
              <w:rPr>
                <w:b/>
                <w:sz w:val="18"/>
              </w:rPr>
              <w:t>Date</w:t>
            </w:r>
          </w:p>
        </w:tc>
        <w:tc>
          <w:tcPr>
            <w:tcW w:w="6623" w:type="dxa"/>
            <w:tcMar>
              <w:top w:w="90" w:type="dxa"/>
              <w:left w:w="100" w:type="dxa"/>
              <w:bottom w:w="90" w:type="dxa"/>
              <w:right w:w="100" w:type="dxa"/>
            </w:tcMar>
            <w:vAlign w:val="center"/>
          </w:tcPr>
          <w:p w14:paraId="1F6F8A27" w14:textId="77777777" w:rsidR="00F9583A" w:rsidRDefault="00F9583A"/>
        </w:tc>
      </w:tr>
      <w:tr w:rsidR="00F9583A" w14:paraId="666DA69B" w14:textId="77777777">
        <w:trPr>
          <w:jc w:val="center"/>
        </w:trPr>
        <w:tc>
          <w:tcPr>
            <w:tcW w:w="3456" w:type="dxa"/>
            <w:shd w:val="clear" w:color="auto" w:fill="DCE6F1"/>
            <w:tcMar>
              <w:top w:w="90" w:type="dxa"/>
              <w:left w:w="100" w:type="dxa"/>
              <w:bottom w:w="90" w:type="dxa"/>
              <w:right w:w="100" w:type="dxa"/>
            </w:tcMar>
            <w:vAlign w:val="center"/>
          </w:tcPr>
          <w:p w14:paraId="2EE82564" w14:textId="77777777" w:rsidR="00F9583A" w:rsidRDefault="001D3E8F">
            <w:r>
              <w:rPr>
                <w:b/>
                <w:sz w:val="18"/>
              </w:rPr>
              <w:t>Staff signature</w:t>
            </w:r>
          </w:p>
        </w:tc>
        <w:tc>
          <w:tcPr>
            <w:tcW w:w="6623" w:type="dxa"/>
            <w:tcMar>
              <w:top w:w="90" w:type="dxa"/>
              <w:left w:w="100" w:type="dxa"/>
              <w:bottom w:w="90" w:type="dxa"/>
              <w:right w:w="100" w:type="dxa"/>
            </w:tcMar>
            <w:vAlign w:val="center"/>
          </w:tcPr>
          <w:p w14:paraId="1AEF3915" w14:textId="77777777" w:rsidR="00F9583A" w:rsidRDefault="00F9583A"/>
        </w:tc>
      </w:tr>
      <w:tr w:rsidR="00F9583A" w14:paraId="08118C70" w14:textId="77777777">
        <w:trPr>
          <w:jc w:val="center"/>
        </w:trPr>
        <w:tc>
          <w:tcPr>
            <w:tcW w:w="3456" w:type="dxa"/>
            <w:shd w:val="clear" w:color="auto" w:fill="DCE6F1"/>
            <w:tcMar>
              <w:top w:w="90" w:type="dxa"/>
              <w:left w:w="100" w:type="dxa"/>
              <w:bottom w:w="90" w:type="dxa"/>
              <w:right w:w="100" w:type="dxa"/>
            </w:tcMar>
            <w:vAlign w:val="center"/>
          </w:tcPr>
          <w:p w14:paraId="179D6932" w14:textId="77777777" w:rsidR="00F9583A" w:rsidRDefault="001D3E8F">
            <w:r>
              <w:rPr>
                <w:b/>
                <w:sz w:val="18"/>
              </w:rPr>
              <w:t>Date</w:t>
            </w:r>
          </w:p>
        </w:tc>
        <w:tc>
          <w:tcPr>
            <w:tcW w:w="6623" w:type="dxa"/>
            <w:tcMar>
              <w:top w:w="90" w:type="dxa"/>
              <w:left w:w="100" w:type="dxa"/>
              <w:bottom w:w="90" w:type="dxa"/>
              <w:right w:w="100" w:type="dxa"/>
            </w:tcMar>
            <w:vAlign w:val="center"/>
          </w:tcPr>
          <w:p w14:paraId="0CD95153" w14:textId="77777777" w:rsidR="00F9583A" w:rsidRDefault="00F9583A"/>
        </w:tc>
      </w:tr>
    </w:tbl>
    <w:p w14:paraId="24454968" w14:textId="77777777" w:rsidR="00F9583A" w:rsidRDefault="00F9583A">
      <w:pPr>
        <w:spacing w:after="20"/>
      </w:pPr>
    </w:p>
    <w:p w14:paraId="111DCE69" w14:textId="77777777" w:rsidR="00F9583A" w:rsidRDefault="001D3E8F">
      <w:r>
        <w:br w:type="page"/>
      </w:r>
    </w:p>
    <w:p w14:paraId="3F844B64" w14:textId="77777777" w:rsidR="00F9583A" w:rsidRDefault="001D3E8F">
      <w:pPr>
        <w:pStyle w:val="Heading1"/>
      </w:pPr>
      <w:r>
        <w:lastRenderedPageBreak/>
        <w:t>Template F: Medical incident and near-miss review</w:t>
      </w:r>
    </w:p>
    <w:tbl>
      <w:tblPr>
        <w:tblStyle w:val="TableGrid"/>
        <w:tblW w:w="0" w:type="auto"/>
        <w:jc w:val="center"/>
        <w:tblLook w:val="04A0" w:firstRow="1" w:lastRow="0" w:firstColumn="1" w:lastColumn="0" w:noHBand="0" w:noVBand="1"/>
      </w:tblPr>
      <w:tblGrid>
        <w:gridCol w:w="3456"/>
        <w:gridCol w:w="6623"/>
      </w:tblGrid>
      <w:tr w:rsidR="00F9583A" w14:paraId="3E27EF52" w14:textId="77777777">
        <w:trPr>
          <w:jc w:val="center"/>
        </w:trPr>
        <w:tc>
          <w:tcPr>
            <w:tcW w:w="3456" w:type="dxa"/>
            <w:shd w:val="clear" w:color="auto" w:fill="DCE6F1"/>
            <w:tcMar>
              <w:top w:w="90" w:type="dxa"/>
              <w:left w:w="100" w:type="dxa"/>
              <w:bottom w:w="90" w:type="dxa"/>
              <w:right w:w="100" w:type="dxa"/>
            </w:tcMar>
            <w:vAlign w:val="center"/>
          </w:tcPr>
          <w:p w14:paraId="514D0C7A" w14:textId="77777777" w:rsidR="00F9583A" w:rsidRDefault="001D3E8F">
            <w:r>
              <w:rPr>
                <w:b/>
                <w:sz w:val="18"/>
              </w:rPr>
              <w:t>Pupil</w:t>
            </w:r>
          </w:p>
        </w:tc>
        <w:tc>
          <w:tcPr>
            <w:tcW w:w="6623" w:type="dxa"/>
            <w:tcMar>
              <w:top w:w="90" w:type="dxa"/>
              <w:left w:w="100" w:type="dxa"/>
              <w:bottom w:w="90" w:type="dxa"/>
              <w:right w:w="100" w:type="dxa"/>
            </w:tcMar>
            <w:vAlign w:val="center"/>
          </w:tcPr>
          <w:p w14:paraId="13E4734C" w14:textId="77777777" w:rsidR="00F9583A" w:rsidRDefault="00F9583A"/>
        </w:tc>
      </w:tr>
      <w:tr w:rsidR="00F9583A" w14:paraId="3D27D0AB" w14:textId="77777777">
        <w:trPr>
          <w:jc w:val="center"/>
        </w:trPr>
        <w:tc>
          <w:tcPr>
            <w:tcW w:w="3456" w:type="dxa"/>
            <w:shd w:val="clear" w:color="auto" w:fill="DCE6F1"/>
            <w:tcMar>
              <w:top w:w="90" w:type="dxa"/>
              <w:left w:w="100" w:type="dxa"/>
              <w:bottom w:w="90" w:type="dxa"/>
              <w:right w:w="100" w:type="dxa"/>
            </w:tcMar>
            <w:vAlign w:val="center"/>
          </w:tcPr>
          <w:p w14:paraId="1D14E5EC" w14:textId="77777777" w:rsidR="00F9583A" w:rsidRDefault="001D3E8F">
            <w:r>
              <w:rPr>
                <w:b/>
                <w:sz w:val="18"/>
              </w:rPr>
              <w:t>Date, time and location</w:t>
            </w:r>
          </w:p>
        </w:tc>
        <w:tc>
          <w:tcPr>
            <w:tcW w:w="6623" w:type="dxa"/>
            <w:tcMar>
              <w:top w:w="90" w:type="dxa"/>
              <w:left w:w="100" w:type="dxa"/>
              <w:bottom w:w="90" w:type="dxa"/>
              <w:right w:w="100" w:type="dxa"/>
            </w:tcMar>
            <w:vAlign w:val="center"/>
          </w:tcPr>
          <w:p w14:paraId="45C54D00" w14:textId="77777777" w:rsidR="00F9583A" w:rsidRDefault="00F9583A"/>
        </w:tc>
      </w:tr>
      <w:tr w:rsidR="00F9583A" w14:paraId="203C3BEC" w14:textId="77777777">
        <w:trPr>
          <w:jc w:val="center"/>
        </w:trPr>
        <w:tc>
          <w:tcPr>
            <w:tcW w:w="3456" w:type="dxa"/>
            <w:shd w:val="clear" w:color="auto" w:fill="DCE6F1"/>
            <w:tcMar>
              <w:top w:w="90" w:type="dxa"/>
              <w:left w:w="100" w:type="dxa"/>
              <w:bottom w:w="90" w:type="dxa"/>
              <w:right w:w="100" w:type="dxa"/>
            </w:tcMar>
            <w:vAlign w:val="center"/>
          </w:tcPr>
          <w:p w14:paraId="3B7CF787" w14:textId="77777777" w:rsidR="00F9583A" w:rsidRDefault="001D3E8F">
            <w:r>
              <w:rPr>
                <w:b/>
                <w:sz w:val="18"/>
              </w:rPr>
              <w:t>Incident or near miss</w:t>
            </w:r>
          </w:p>
        </w:tc>
        <w:tc>
          <w:tcPr>
            <w:tcW w:w="6623" w:type="dxa"/>
            <w:tcMar>
              <w:top w:w="90" w:type="dxa"/>
              <w:left w:w="100" w:type="dxa"/>
              <w:bottom w:w="90" w:type="dxa"/>
              <w:right w:w="100" w:type="dxa"/>
            </w:tcMar>
            <w:vAlign w:val="center"/>
          </w:tcPr>
          <w:p w14:paraId="4430D3DA" w14:textId="77777777" w:rsidR="00F9583A" w:rsidRDefault="00F9583A"/>
        </w:tc>
      </w:tr>
      <w:tr w:rsidR="00F9583A" w14:paraId="6C5E8AC3" w14:textId="77777777">
        <w:trPr>
          <w:jc w:val="center"/>
        </w:trPr>
        <w:tc>
          <w:tcPr>
            <w:tcW w:w="3456" w:type="dxa"/>
            <w:shd w:val="clear" w:color="auto" w:fill="DCE6F1"/>
            <w:tcMar>
              <w:top w:w="90" w:type="dxa"/>
              <w:left w:w="100" w:type="dxa"/>
              <w:bottom w:w="90" w:type="dxa"/>
              <w:right w:w="100" w:type="dxa"/>
            </w:tcMar>
            <w:vAlign w:val="center"/>
          </w:tcPr>
          <w:p w14:paraId="41D38B86" w14:textId="77777777" w:rsidR="00F9583A" w:rsidRDefault="001D3E8F">
            <w:r>
              <w:rPr>
                <w:b/>
                <w:sz w:val="18"/>
              </w:rPr>
              <w:t>Condition/medicine involved</w:t>
            </w:r>
          </w:p>
        </w:tc>
        <w:tc>
          <w:tcPr>
            <w:tcW w:w="6623" w:type="dxa"/>
            <w:tcMar>
              <w:top w:w="90" w:type="dxa"/>
              <w:left w:w="100" w:type="dxa"/>
              <w:bottom w:w="90" w:type="dxa"/>
              <w:right w:w="100" w:type="dxa"/>
            </w:tcMar>
            <w:vAlign w:val="center"/>
          </w:tcPr>
          <w:p w14:paraId="6B9C75C2" w14:textId="77777777" w:rsidR="00F9583A" w:rsidRDefault="00F9583A"/>
        </w:tc>
      </w:tr>
      <w:tr w:rsidR="00F9583A" w14:paraId="2F59A5BE" w14:textId="77777777">
        <w:trPr>
          <w:jc w:val="center"/>
        </w:trPr>
        <w:tc>
          <w:tcPr>
            <w:tcW w:w="3456" w:type="dxa"/>
            <w:shd w:val="clear" w:color="auto" w:fill="DCE6F1"/>
            <w:tcMar>
              <w:top w:w="90" w:type="dxa"/>
              <w:left w:w="100" w:type="dxa"/>
              <w:bottom w:w="90" w:type="dxa"/>
              <w:right w:w="100" w:type="dxa"/>
            </w:tcMar>
            <w:vAlign w:val="center"/>
          </w:tcPr>
          <w:p w14:paraId="01FE3B47" w14:textId="77777777" w:rsidR="00F9583A" w:rsidRDefault="001D3E8F">
            <w:r>
              <w:rPr>
                <w:b/>
                <w:sz w:val="18"/>
              </w:rPr>
              <w:t>Immediate action taken</w:t>
            </w:r>
          </w:p>
        </w:tc>
        <w:tc>
          <w:tcPr>
            <w:tcW w:w="6623" w:type="dxa"/>
            <w:tcMar>
              <w:top w:w="90" w:type="dxa"/>
              <w:left w:w="100" w:type="dxa"/>
              <w:bottom w:w="90" w:type="dxa"/>
              <w:right w:w="100" w:type="dxa"/>
            </w:tcMar>
            <w:vAlign w:val="center"/>
          </w:tcPr>
          <w:p w14:paraId="1134BD95" w14:textId="77777777" w:rsidR="00F9583A" w:rsidRDefault="00F9583A"/>
        </w:tc>
      </w:tr>
      <w:tr w:rsidR="00F9583A" w14:paraId="08DF55AA" w14:textId="77777777">
        <w:trPr>
          <w:jc w:val="center"/>
        </w:trPr>
        <w:tc>
          <w:tcPr>
            <w:tcW w:w="3456" w:type="dxa"/>
            <w:shd w:val="clear" w:color="auto" w:fill="DCE6F1"/>
            <w:tcMar>
              <w:top w:w="90" w:type="dxa"/>
              <w:left w:w="100" w:type="dxa"/>
              <w:bottom w:w="90" w:type="dxa"/>
              <w:right w:w="100" w:type="dxa"/>
            </w:tcMar>
            <w:vAlign w:val="center"/>
          </w:tcPr>
          <w:p w14:paraId="1D3845BD" w14:textId="77777777" w:rsidR="00F9583A" w:rsidRDefault="001D3E8F">
            <w:r>
              <w:rPr>
                <w:b/>
                <w:sz w:val="18"/>
              </w:rPr>
              <w:t>Emergency services contacted</w:t>
            </w:r>
          </w:p>
        </w:tc>
        <w:tc>
          <w:tcPr>
            <w:tcW w:w="6623" w:type="dxa"/>
            <w:tcMar>
              <w:top w:w="90" w:type="dxa"/>
              <w:left w:w="100" w:type="dxa"/>
              <w:bottom w:w="90" w:type="dxa"/>
              <w:right w:w="100" w:type="dxa"/>
            </w:tcMar>
            <w:vAlign w:val="center"/>
          </w:tcPr>
          <w:p w14:paraId="12D823BA" w14:textId="77777777" w:rsidR="00F9583A" w:rsidRDefault="001D3E8F">
            <w:r>
              <w:rPr>
                <w:sz w:val="18"/>
              </w:rPr>
              <w:t>Yes / No</w:t>
            </w:r>
          </w:p>
        </w:tc>
      </w:tr>
      <w:tr w:rsidR="00F9583A" w14:paraId="0B7B9D44" w14:textId="77777777">
        <w:trPr>
          <w:jc w:val="center"/>
        </w:trPr>
        <w:tc>
          <w:tcPr>
            <w:tcW w:w="3456" w:type="dxa"/>
            <w:shd w:val="clear" w:color="auto" w:fill="DCE6F1"/>
            <w:tcMar>
              <w:top w:w="90" w:type="dxa"/>
              <w:left w:w="100" w:type="dxa"/>
              <w:bottom w:w="90" w:type="dxa"/>
              <w:right w:w="100" w:type="dxa"/>
            </w:tcMar>
            <w:vAlign w:val="center"/>
          </w:tcPr>
          <w:p w14:paraId="7AE60BFC" w14:textId="77777777" w:rsidR="00F9583A" w:rsidRDefault="001D3E8F">
            <w:r>
              <w:rPr>
                <w:b/>
                <w:sz w:val="18"/>
              </w:rPr>
              <w:t>Parent/carer informed</w:t>
            </w:r>
          </w:p>
        </w:tc>
        <w:tc>
          <w:tcPr>
            <w:tcW w:w="6623" w:type="dxa"/>
            <w:tcMar>
              <w:top w:w="90" w:type="dxa"/>
              <w:left w:w="100" w:type="dxa"/>
              <w:bottom w:w="90" w:type="dxa"/>
              <w:right w:w="100" w:type="dxa"/>
            </w:tcMar>
            <w:vAlign w:val="center"/>
          </w:tcPr>
          <w:p w14:paraId="6666A959" w14:textId="77777777" w:rsidR="00F9583A" w:rsidRDefault="001D3E8F">
            <w:r>
              <w:rPr>
                <w:sz w:val="18"/>
              </w:rPr>
              <w:t>Yes / No - time:</w:t>
            </w:r>
          </w:p>
        </w:tc>
      </w:tr>
      <w:tr w:rsidR="00F9583A" w14:paraId="03975B5D" w14:textId="77777777">
        <w:trPr>
          <w:jc w:val="center"/>
        </w:trPr>
        <w:tc>
          <w:tcPr>
            <w:tcW w:w="3456" w:type="dxa"/>
            <w:shd w:val="clear" w:color="auto" w:fill="DCE6F1"/>
            <w:tcMar>
              <w:top w:w="90" w:type="dxa"/>
              <w:left w:w="100" w:type="dxa"/>
              <w:bottom w:w="90" w:type="dxa"/>
              <w:right w:w="100" w:type="dxa"/>
            </w:tcMar>
            <w:vAlign w:val="center"/>
          </w:tcPr>
          <w:p w14:paraId="204CFCB1" w14:textId="77777777" w:rsidR="00F9583A" w:rsidRDefault="001D3E8F">
            <w:r>
              <w:rPr>
                <w:b/>
                <w:sz w:val="18"/>
              </w:rPr>
              <w:t>Staff involved/witnesses</w:t>
            </w:r>
          </w:p>
        </w:tc>
        <w:tc>
          <w:tcPr>
            <w:tcW w:w="6623" w:type="dxa"/>
            <w:tcMar>
              <w:top w:w="90" w:type="dxa"/>
              <w:left w:w="100" w:type="dxa"/>
              <w:bottom w:w="90" w:type="dxa"/>
              <w:right w:w="100" w:type="dxa"/>
            </w:tcMar>
            <w:vAlign w:val="center"/>
          </w:tcPr>
          <w:p w14:paraId="4486D49D" w14:textId="77777777" w:rsidR="00F9583A" w:rsidRDefault="00F9583A"/>
        </w:tc>
      </w:tr>
      <w:tr w:rsidR="00F9583A" w14:paraId="30B56A3A" w14:textId="77777777">
        <w:trPr>
          <w:jc w:val="center"/>
        </w:trPr>
        <w:tc>
          <w:tcPr>
            <w:tcW w:w="3456" w:type="dxa"/>
            <w:shd w:val="clear" w:color="auto" w:fill="DCE6F1"/>
            <w:tcMar>
              <w:top w:w="90" w:type="dxa"/>
              <w:left w:w="100" w:type="dxa"/>
              <w:bottom w:w="90" w:type="dxa"/>
              <w:right w:w="100" w:type="dxa"/>
            </w:tcMar>
            <w:vAlign w:val="center"/>
          </w:tcPr>
          <w:p w14:paraId="6098A778" w14:textId="77777777" w:rsidR="00F9583A" w:rsidRDefault="001D3E8F">
            <w:r>
              <w:rPr>
                <w:b/>
                <w:sz w:val="18"/>
              </w:rPr>
              <w:t>Was the IHP available and followed?</w:t>
            </w:r>
          </w:p>
        </w:tc>
        <w:tc>
          <w:tcPr>
            <w:tcW w:w="6623" w:type="dxa"/>
            <w:tcMar>
              <w:top w:w="90" w:type="dxa"/>
              <w:left w:w="100" w:type="dxa"/>
              <w:bottom w:w="90" w:type="dxa"/>
              <w:right w:w="100" w:type="dxa"/>
            </w:tcMar>
            <w:vAlign w:val="center"/>
          </w:tcPr>
          <w:p w14:paraId="5B5D98A2" w14:textId="77777777" w:rsidR="00F9583A" w:rsidRDefault="00F9583A"/>
        </w:tc>
      </w:tr>
      <w:tr w:rsidR="00F9583A" w14:paraId="60A68E81" w14:textId="77777777">
        <w:trPr>
          <w:jc w:val="center"/>
        </w:trPr>
        <w:tc>
          <w:tcPr>
            <w:tcW w:w="3456" w:type="dxa"/>
            <w:shd w:val="clear" w:color="auto" w:fill="DCE6F1"/>
            <w:tcMar>
              <w:top w:w="90" w:type="dxa"/>
              <w:left w:w="100" w:type="dxa"/>
              <w:bottom w:w="90" w:type="dxa"/>
              <w:right w:w="100" w:type="dxa"/>
            </w:tcMar>
            <w:vAlign w:val="center"/>
          </w:tcPr>
          <w:p w14:paraId="3AB8F1B6" w14:textId="77777777" w:rsidR="00F9583A" w:rsidRDefault="001D3E8F">
            <w:r>
              <w:rPr>
                <w:b/>
                <w:sz w:val="18"/>
              </w:rPr>
              <w:t>Was medicine/equipment available?</w:t>
            </w:r>
          </w:p>
        </w:tc>
        <w:tc>
          <w:tcPr>
            <w:tcW w:w="6623" w:type="dxa"/>
            <w:tcMar>
              <w:top w:w="90" w:type="dxa"/>
              <w:left w:w="100" w:type="dxa"/>
              <w:bottom w:w="90" w:type="dxa"/>
              <w:right w:w="100" w:type="dxa"/>
            </w:tcMar>
            <w:vAlign w:val="center"/>
          </w:tcPr>
          <w:p w14:paraId="641DA743" w14:textId="77777777" w:rsidR="00F9583A" w:rsidRDefault="00F9583A"/>
        </w:tc>
      </w:tr>
      <w:tr w:rsidR="00F9583A" w14:paraId="668525AC" w14:textId="77777777">
        <w:trPr>
          <w:jc w:val="center"/>
        </w:trPr>
        <w:tc>
          <w:tcPr>
            <w:tcW w:w="3456" w:type="dxa"/>
            <w:shd w:val="clear" w:color="auto" w:fill="DCE6F1"/>
            <w:tcMar>
              <w:top w:w="90" w:type="dxa"/>
              <w:left w:w="100" w:type="dxa"/>
              <w:bottom w:w="90" w:type="dxa"/>
              <w:right w:w="100" w:type="dxa"/>
            </w:tcMar>
            <w:vAlign w:val="center"/>
          </w:tcPr>
          <w:p w14:paraId="70B5CA8B" w14:textId="77777777" w:rsidR="00F9583A" w:rsidRDefault="001D3E8F">
            <w:r>
              <w:rPr>
                <w:b/>
                <w:sz w:val="18"/>
              </w:rPr>
              <w:t>Contributing factors</w:t>
            </w:r>
          </w:p>
        </w:tc>
        <w:tc>
          <w:tcPr>
            <w:tcW w:w="6623" w:type="dxa"/>
            <w:tcMar>
              <w:top w:w="90" w:type="dxa"/>
              <w:left w:w="100" w:type="dxa"/>
              <w:bottom w:w="90" w:type="dxa"/>
              <w:right w:w="100" w:type="dxa"/>
            </w:tcMar>
            <w:vAlign w:val="center"/>
          </w:tcPr>
          <w:p w14:paraId="092834FB" w14:textId="77777777" w:rsidR="00F9583A" w:rsidRDefault="00F9583A"/>
        </w:tc>
      </w:tr>
      <w:tr w:rsidR="00F9583A" w14:paraId="2797A259" w14:textId="77777777">
        <w:trPr>
          <w:jc w:val="center"/>
        </w:trPr>
        <w:tc>
          <w:tcPr>
            <w:tcW w:w="3456" w:type="dxa"/>
            <w:shd w:val="clear" w:color="auto" w:fill="DCE6F1"/>
            <w:tcMar>
              <w:top w:w="90" w:type="dxa"/>
              <w:left w:w="100" w:type="dxa"/>
              <w:bottom w:w="90" w:type="dxa"/>
              <w:right w:w="100" w:type="dxa"/>
            </w:tcMar>
            <w:vAlign w:val="center"/>
          </w:tcPr>
          <w:p w14:paraId="1D0322EF" w14:textId="77777777" w:rsidR="00F9583A" w:rsidRDefault="001D3E8F">
            <w:r>
              <w:rPr>
                <w:b/>
                <w:sz w:val="18"/>
              </w:rPr>
              <w:t>Learning and actions required</w:t>
            </w:r>
          </w:p>
        </w:tc>
        <w:tc>
          <w:tcPr>
            <w:tcW w:w="6623" w:type="dxa"/>
            <w:tcMar>
              <w:top w:w="90" w:type="dxa"/>
              <w:left w:w="100" w:type="dxa"/>
              <w:bottom w:w="90" w:type="dxa"/>
              <w:right w:w="100" w:type="dxa"/>
            </w:tcMar>
            <w:vAlign w:val="center"/>
          </w:tcPr>
          <w:p w14:paraId="1C5FF06F" w14:textId="77777777" w:rsidR="00F9583A" w:rsidRDefault="00F9583A"/>
        </w:tc>
      </w:tr>
      <w:tr w:rsidR="00F9583A" w14:paraId="49355E02" w14:textId="77777777">
        <w:trPr>
          <w:jc w:val="center"/>
        </w:trPr>
        <w:tc>
          <w:tcPr>
            <w:tcW w:w="3456" w:type="dxa"/>
            <w:shd w:val="clear" w:color="auto" w:fill="DCE6F1"/>
            <w:tcMar>
              <w:top w:w="90" w:type="dxa"/>
              <w:left w:w="100" w:type="dxa"/>
              <w:bottom w:w="90" w:type="dxa"/>
              <w:right w:w="100" w:type="dxa"/>
            </w:tcMar>
            <w:vAlign w:val="center"/>
          </w:tcPr>
          <w:p w14:paraId="7F3C09DE" w14:textId="77777777" w:rsidR="00F9583A" w:rsidRDefault="001D3E8F">
            <w:r>
              <w:rPr>
                <w:b/>
                <w:sz w:val="18"/>
              </w:rPr>
              <w:t>IHP/risk assessment/training update</w:t>
            </w:r>
          </w:p>
        </w:tc>
        <w:tc>
          <w:tcPr>
            <w:tcW w:w="6623" w:type="dxa"/>
            <w:tcMar>
              <w:top w:w="90" w:type="dxa"/>
              <w:left w:w="100" w:type="dxa"/>
              <w:bottom w:w="90" w:type="dxa"/>
              <w:right w:w="100" w:type="dxa"/>
            </w:tcMar>
            <w:vAlign w:val="center"/>
          </w:tcPr>
          <w:p w14:paraId="3D538C2D" w14:textId="77777777" w:rsidR="00F9583A" w:rsidRDefault="00F9583A"/>
        </w:tc>
      </w:tr>
      <w:tr w:rsidR="00F9583A" w14:paraId="3A514485" w14:textId="77777777">
        <w:trPr>
          <w:jc w:val="center"/>
        </w:trPr>
        <w:tc>
          <w:tcPr>
            <w:tcW w:w="3456" w:type="dxa"/>
            <w:shd w:val="clear" w:color="auto" w:fill="DCE6F1"/>
            <w:tcMar>
              <w:top w:w="90" w:type="dxa"/>
              <w:left w:w="100" w:type="dxa"/>
              <w:bottom w:w="90" w:type="dxa"/>
              <w:right w:w="100" w:type="dxa"/>
            </w:tcMar>
            <w:vAlign w:val="center"/>
          </w:tcPr>
          <w:p w14:paraId="1F644D64" w14:textId="77777777" w:rsidR="00F9583A" w:rsidRDefault="001D3E8F">
            <w:r>
              <w:rPr>
                <w:b/>
                <w:sz w:val="18"/>
              </w:rPr>
              <w:t>Action owner and deadline</w:t>
            </w:r>
          </w:p>
        </w:tc>
        <w:tc>
          <w:tcPr>
            <w:tcW w:w="6623" w:type="dxa"/>
            <w:tcMar>
              <w:top w:w="90" w:type="dxa"/>
              <w:left w:w="100" w:type="dxa"/>
              <w:bottom w:w="90" w:type="dxa"/>
              <w:right w:w="100" w:type="dxa"/>
            </w:tcMar>
            <w:vAlign w:val="center"/>
          </w:tcPr>
          <w:p w14:paraId="65F9C6EC" w14:textId="77777777" w:rsidR="00F9583A" w:rsidRDefault="00F9583A"/>
        </w:tc>
      </w:tr>
      <w:tr w:rsidR="00F9583A" w14:paraId="0D643338" w14:textId="77777777">
        <w:trPr>
          <w:jc w:val="center"/>
        </w:trPr>
        <w:tc>
          <w:tcPr>
            <w:tcW w:w="3456" w:type="dxa"/>
            <w:shd w:val="clear" w:color="auto" w:fill="DCE6F1"/>
            <w:tcMar>
              <w:top w:w="90" w:type="dxa"/>
              <w:left w:w="100" w:type="dxa"/>
              <w:bottom w:w="90" w:type="dxa"/>
              <w:right w:w="100" w:type="dxa"/>
            </w:tcMar>
            <w:vAlign w:val="center"/>
          </w:tcPr>
          <w:p w14:paraId="5ABE74A9" w14:textId="77777777" w:rsidR="00F9583A" w:rsidRDefault="001D3E8F">
            <w:r>
              <w:rPr>
                <w:b/>
                <w:sz w:val="18"/>
              </w:rPr>
              <w:t>Reviewed by</w:t>
            </w:r>
          </w:p>
        </w:tc>
        <w:tc>
          <w:tcPr>
            <w:tcW w:w="6623" w:type="dxa"/>
            <w:tcMar>
              <w:top w:w="90" w:type="dxa"/>
              <w:left w:w="100" w:type="dxa"/>
              <w:bottom w:w="90" w:type="dxa"/>
              <w:right w:w="100" w:type="dxa"/>
            </w:tcMar>
            <w:vAlign w:val="center"/>
          </w:tcPr>
          <w:p w14:paraId="578E6922" w14:textId="77777777" w:rsidR="00F9583A" w:rsidRDefault="00F9583A"/>
        </w:tc>
      </w:tr>
      <w:tr w:rsidR="00F9583A" w14:paraId="06202365" w14:textId="77777777">
        <w:trPr>
          <w:jc w:val="center"/>
        </w:trPr>
        <w:tc>
          <w:tcPr>
            <w:tcW w:w="3456" w:type="dxa"/>
            <w:shd w:val="clear" w:color="auto" w:fill="DCE6F1"/>
            <w:tcMar>
              <w:top w:w="90" w:type="dxa"/>
              <w:left w:w="100" w:type="dxa"/>
              <w:bottom w:w="90" w:type="dxa"/>
              <w:right w:w="100" w:type="dxa"/>
            </w:tcMar>
            <w:vAlign w:val="center"/>
          </w:tcPr>
          <w:p w14:paraId="580D941B" w14:textId="77777777" w:rsidR="00F9583A" w:rsidRDefault="001D3E8F">
            <w:r>
              <w:rPr>
                <w:b/>
                <w:sz w:val="18"/>
              </w:rPr>
              <w:t>Date</w:t>
            </w:r>
          </w:p>
        </w:tc>
        <w:tc>
          <w:tcPr>
            <w:tcW w:w="6623" w:type="dxa"/>
            <w:tcMar>
              <w:top w:w="90" w:type="dxa"/>
              <w:left w:w="100" w:type="dxa"/>
              <w:bottom w:w="90" w:type="dxa"/>
              <w:right w:w="100" w:type="dxa"/>
            </w:tcMar>
            <w:vAlign w:val="center"/>
          </w:tcPr>
          <w:p w14:paraId="1BF7A275" w14:textId="77777777" w:rsidR="00F9583A" w:rsidRDefault="00F9583A"/>
        </w:tc>
      </w:tr>
    </w:tbl>
    <w:p w14:paraId="19FA98B5" w14:textId="77777777" w:rsidR="00F9583A" w:rsidRDefault="00F9583A">
      <w:pPr>
        <w:spacing w:after="20"/>
      </w:pPr>
    </w:p>
    <w:sectPr w:rsidR="00F9583A" w:rsidSect="00034616">
      <w:footerReference w:type="default" r:id="rId9"/>
      <w:pgSz w:w="12240" w:h="15840"/>
      <w:pgMar w:top="792" w:right="936" w:bottom="792" w:left="936"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8DB80" w14:textId="77777777" w:rsidR="00F67AE1" w:rsidRDefault="00F67AE1">
      <w:pPr>
        <w:spacing w:after="0" w:line="240" w:lineRule="auto"/>
      </w:pPr>
      <w:r>
        <w:separator/>
      </w:r>
    </w:p>
  </w:endnote>
  <w:endnote w:type="continuationSeparator" w:id="0">
    <w:p w14:paraId="4086F775" w14:textId="77777777" w:rsidR="00F67AE1" w:rsidRDefault="00F67A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936C8" w14:textId="77777777" w:rsidR="00F9583A" w:rsidRDefault="00F9583A">
    <w:pPr>
      <w:pStyle w:val="Footer"/>
    </w:pPr>
  </w:p>
  <w:tbl>
    <w:tblPr>
      <w:tblW w:w="0" w:type="auto"/>
      <w:jc w:val="center"/>
      <w:tblLook w:val="04A0" w:firstRow="1" w:lastRow="0" w:firstColumn="1" w:lastColumn="0" w:noHBand="0" w:noVBand="1"/>
    </w:tblPr>
    <w:tblGrid>
      <w:gridCol w:w="1440"/>
      <w:gridCol w:w="8928"/>
    </w:tblGrid>
    <w:tr w:rsidR="00F9583A" w14:paraId="370F4FEE" w14:textId="77777777">
      <w:trPr>
        <w:jc w:val="center"/>
      </w:trPr>
      <w:tc>
        <w:tcPr>
          <w:tcW w:w="1440" w:type="dxa"/>
        </w:tcPr>
        <w:p w14:paraId="6EE77896" w14:textId="77777777" w:rsidR="00F9583A" w:rsidRDefault="001D3E8F">
          <w:r>
            <w:rPr>
              <w:noProof/>
            </w:rPr>
            <w:drawing>
              <wp:inline distT="0" distB="0" distL="0" distR="0" wp14:anchorId="2BD1F412" wp14:editId="308D1255">
                <wp:extent cx="658368" cy="4709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1"/>
                        <a:stretch>
                          <a:fillRect/>
                        </a:stretch>
                      </pic:blipFill>
                      <pic:spPr>
                        <a:xfrm>
                          <a:off x="0" y="0"/>
                          <a:ext cx="658368" cy="470903"/>
                        </a:xfrm>
                        <a:prstGeom prst="rect">
                          <a:avLst/>
                        </a:prstGeom>
                      </pic:spPr>
                    </pic:pic>
                  </a:graphicData>
                </a:graphic>
              </wp:inline>
            </w:drawing>
          </w:r>
        </w:p>
      </w:tc>
      <w:tc>
        <w:tcPr>
          <w:tcW w:w="8928" w:type="dxa"/>
          <w:tcMar>
            <w:top w:w="90" w:type="dxa"/>
            <w:left w:w="100" w:type="dxa"/>
            <w:bottom w:w="90" w:type="dxa"/>
            <w:right w:w="100" w:type="dxa"/>
          </w:tcMar>
          <w:vAlign w:val="center"/>
        </w:tcPr>
        <w:p w14:paraId="4109FBD7" w14:textId="0727D5B7" w:rsidR="00F9583A" w:rsidRDefault="00642D81">
          <w:pPr>
            <w:spacing w:after="0"/>
          </w:pPr>
          <w:r>
            <w:rPr>
              <w:b/>
              <w:color w:val="666666"/>
              <w:sz w:val="14"/>
            </w:rPr>
            <w:t>HORIZONS</w:t>
          </w:r>
          <w:r w:rsidR="001D3E8F">
            <w:rPr>
              <w:b/>
              <w:color w:val="666666"/>
              <w:sz w:val="14"/>
            </w:rPr>
            <w:t xml:space="preserve"> ACADEMY | Supporting pupils with medical conditions policy</w:t>
          </w:r>
        </w:p>
      </w:tc>
    </w:tr>
  </w:tbl>
  <w:p w14:paraId="617A3BB8" w14:textId="77777777" w:rsidR="00F9583A" w:rsidRDefault="001D3E8F">
    <w:pPr>
      <w:jc w:val="center"/>
    </w:pPr>
    <w:r>
      <w:fldChar w:fldCharType="begin"/>
    </w:r>
    <w:r>
      <w:instrText>PAGE</w:instrText>
    </w:r>
    <w:r>
      <w:fldChar w:fldCharType="separate"/>
    </w:r>
    <w:r w:rsidR="007C701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13F27" w14:textId="77777777" w:rsidR="00F67AE1" w:rsidRDefault="00F67AE1">
      <w:pPr>
        <w:spacing w:after="0" w:line="240" w:lineRule="auto"/>
      </w:pPr>
      <w:r>
        <w:separator/>
      </w:r>
    </w:p>
  </w:footnote>
  <w:footnote w:type="continuationSeparator" w:id="0">
    <w:p w14:paraId="4F5CCF6F" w14:textId="77777777" w:rsidR="00F67AE1" w:rsidRDefault="00F67A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EB7662A"/>
    <w:multiLevelType w:val="hybridMultilevel"/>
    <w:tmpl w:val="70BE94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7198973">
    <w:abstractNumId w:val="8"/>
  </w:num>
  <w:num w:numId="2" w16cid:durableId="1771849412">
    <w:abstractNumId w:val="6"/>
  </w:num>
  <w:num w:numId="3" w16cid:durableId="526986201">
    <w:abstractNumId w:val="5"/>
  </w:num>
  <w:num w:numId="4" w16cid:durableId="1752045790">
    <w:abstractNumId w:val="4"/>
  </w:num>
  <w:num w:numId="5" w16cid:durableId="1067068792">
    <w:abstractNumId w:val="7"/>
  </w:num>
  <w:num w:numId="6" w16cid:durableId="630944538">
    <w:abstractNumId w:val="3"/>
  </w:num>
  <w:num w:numId="7" w16cid:durableId="878013671">
    <w:abstractNumId w:val="2"/>
  </w:num>
  <w:num w:numId="8" w16cid:durableId="1264149830">
    <w:abstractNumId w:val="1"/>
  </w:num>
  <w:num w:numId="9" w16cid:durableId="2129010355">
    <w:abstractNumId w:val="0"/>
  </w:num>
  <w:num w:numId="10" w16cid:durableId="3132912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D3E8F"/>
    <w:rsid w:val="00280146"/>
    <w:rsid w:val="0029639D"/>
    <w:rsid w:val="00326F90"/>
    <w:rsid w:val="004E75E2"/>
    <w:rsid w:val="00642D81"/>
    <w:rsid w:val="007279A6"/>
    <w:rsid w:val="007C7015"/>
    <w:rsid w:val="00AA1D8D"/>
    <w:rsid w:val="00B47730"/>
    <w:rsid w:val="00BF1F6D"/>
    <w:rsid w:val="00C34572"/>
    <w:rsid w:val="00CB0664"/>
    <w:rsid w:val="00E83048"/>
    <w:rsid w:val="00F2300B"/>
    <w:rsid w:val="00F67AE1"/>
    <w:rsid w:val="00F9583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7A47E0"/>
  <w14:defaultImageDpi w14:val="300"/>
  <w15:docId w15:val="{BDA768A6-83A3-4B9E-90B4-16ACB1921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104F75"/>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104F7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eading">
    <w:name w:val="Heading"/>
    <w:next w:val="Normal"/>
    <w:rsid w:val="007C7015"/>
    <w:pPr>
      <w:pBdr>
        <w:top w:val="nil"/>
        <w:left w:val="nil"/>
        <w:bottom w:val="nil"/>
        <w:right w:val="nil"/>
        <w:between w:val="nil"/>
        <w:bar w:val="nil"/>
      </w:pBdr>
      <w:spacing w:after="0" w:line="240" w:lineRule="auto"/>
      <w:outlineLvl w:val="0"/>
    </w:pPr>
    <w:rPr>
      <w:rFonts w:ascii="Helvetica" w:eastAsia="Arial Unicode MS" w:hAnsi="Arial Unicode MS" w:cs="Arial Unicode MS"/>
      <w:b/>
      <w:bCs/>
      <w:color w:val="000000"/>
      <w:sz w:val="36"/>
      <w:szCs w:val="36"/>
      <w:bdr w:val="nil"/>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16</Pages>
  <Words>3340</Words>
  <Characters>22714</Characters>
  <Application>Microsoft Office Word</Application>
  <DocSecurity>0</DocSecurity>
  <Lines>732</Lines>
  <Paragraphs>230</Paragraphs>
  <ScaleCrop>false</ScaleCrop>
  <HeadingPairs>
    <vt:vector size="2" baseType="variant">
      <vt:variant>
        <vt:lpstr>Title</vt:lpstr>
      </vt:variant>
      <vt:variant>
        <vt:i4>1</vt:i4>
      </vt:variant>
    </vt:vector>
  </HeadingPairs>
  <TitlesOfParts>
    <vt:vector size="1" baseType="lpstr">
      <vt:lpstr>Supporting pupils with medical conditions policy 2026-2027</vt:lpstr>
    </vt:vector>
  </TitlesOfParts>
  <Manager/>
  <Company/>
  <LinksUpToDate>false</LinksUpToDate>
  <CharactersWithSpaces>25824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pupils with medical conditions policy 2026-2027</dc:title>
  <dc:subject>Bromley Trust Academy policy</dc:subject>
  <dc:creator>Rob Freeman</dc:creator>
  <cp:keywords>medical conditions, IHP, medicines, allergy, anaphylaxis</cp:keywords>
  <dc:description>generated by python-docx</dc:description>
  <cp:lastModifiedBy>Rebecca Williams</cp:lastModifiedBy>
  <cp:revision>3</cp:revision>
  <dcterms:created xsi:type="dcterms:W3CDTF">2026-09-04T15:05:00Z</dcterms:created>
  <dcterms:modified xsi:type="dcterms:W3CDTF">2026-09-29T09:44:00Z</dcterms:modified>
  <cp:category/>
</cp:coreProperties>
</file>